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LICEUM OGÓLNOKSZTAŁCĄCE IM. BATALIONU „PARASOL” W TRZEBINI</w:t>
        <w:br/>
      </w:r>
      <w:r>
        <w:rPr>
          <w:b/>
        </w:rPr>
        <w:t>oraz STOWARZYSZENIE PROOBRONNO-OŚWIATOWE „KADET” W TRZEBINI</w:t>
      </w:r>
    </w:p>
    <w:p>
      <w:pPr>
        <w:jc w:val="center"/>
      </w:pPr>
      <w:r>
        <w:rPr>
          <w:b/>
          <w:sz w:val="32"/>
        </w:rPr>
        <w:t>KARTA ZGŁOSZENIA</w:t>
        <w:br/>
        <w:t>XVI FESTIWAL PIOSENKI ŻOŁNIERSKIEJ I PATRIOTYCZNEJ – TRZEBINIA 2026</w:t>
      </w:r>
    </w:p>
    <w:p>
      <w:pPr>
        <w:jc w:val="center"/>
      </w:pPr>
      <w:r>
        <w:t>Finał: 19 listopada 2026 r.</w:t>
      </w:r>
    </w:p>
    <w:p>
      <w:pPr>
        <w:pStyle w:val="Heading1"/>
      </w:pPr>
      <w:r>
        <w:t>1. Kategoria</w:t>
      </w:r>
    </w:p>
    <w:p>
      <w:r>
        <w:t>☐ solista – szkoła podstawowa (klasy VII–VIII)</w:t>
      </w:r>
    </w:p>
    <w:p>
      <w:r>
        <w:t>☐ solista – szkoła ponadpodstawowa</w:t>
      </w:r>
    </w:p>
    <w:p>
      <w:r>
        <w:t>☐ duet</w:t>
      </w:r>
    </w:p>
    <w:p>
      <w:r>
        <w:t>☐ zespół wokalny / wokalno-instrumentalny</w:t>
      </w:r>
    </w:p>
    <w:p>
      <w:pPr>
        <w:pStyle w:val="Heading1"/>
      </w:pPr>
      <w:r>
        <w:t>2. Uczestnik / uczestnicy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fill="D9E2F3"/>
          </w:tcPr>
          <w:p>
            <w:r>
              <w:t>Lp.</w:t>
            </w:r>
          </w:p>
        </w:tc>
        <w:tc>
          <w:tcPr>
            <w:tcW w:type="dxa" w:w="2493"/>
            <w:shd w:fill="D9E2F3"/>
          </w:tcPr>
          <w:p>
            <w:r>
              <w:t>Imię i nazwisko</w:t>
            </w:r>
          </w:p>
        </w:tc>
        <w:tc>
          <w:tcPr>
            <w:tcW w:type="dxa" w:w="2493"/>
            <w:shd w:fill="D9E2F3"/>
          </w:tcPr>
          <w:p>
            <w:r>
              <w:t>Klasa</w:t>
            </w:r>
          </w:p>
        </w:tc>
        <w:tc>
          <w:tcPr>
            <w:tcW w:type="dxa" w:w="2493"/>
            <w:shd w:fill="D9E2F3"/>
          </w:tcPr>
          <w:p>
            <w:r>
              <w:t>Uwagi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>
      <w:pPr>
        <w:pStyle w:val="Heading1"/>
      </w:pPr>
      <w:r>
        <w:t>3. Szkoła i opiekun</w:t>
      </w:r>
    </w:p>
    <w:p>
      <w:r>
        <w:t>Nazwa szkoły/placówki: ______________________________________________</w:t>
      </w:r>
    </w:p>
    <w:p>
      <w:r>
        <w:t>Nazwa i adres: ______________________________________________________________</w:t>
      </w:r>
    </w:p>
    <w:p>
      <w:r>
        <w:t>Telefon szkoły: __________________________  E-mail: ___________________________</w:t>
      </w:r>
    </w:p>
    <w:p>
      <w:r>
        <w:t>Imię i nazwisko opiekuna: ____________________________________________________</w:t>
      </w:r>
    </w:p>
    <w:p>
      <w:r>
        <w:t>Telefon opiekuna: ________________________  E-mail: ___________________________</w:t>
      </w:r>
    </w:p>
    <w:p>
      <w:pPr>
        <w:pStyle w:val="Heading1"/>
      </w:pPr>
      <w:r>
        <w:t>4. Utwór konkursowy</w:t>
      </w:r>
    </w:p>
    <w:p>
      <w:r>
        <w:t>Tytuł: ____________________________________________________________________</w:t>
      </w:r>
    </w:p>
    <w:p>
      <w:r>
        <w:t>Czas trwania: ______________________________________________________________</w:t>
      </w:r>
    </w:p>
    <w:p>
      <w:r>
        <w:t>Autor słów: _________________________________________________________________</w:t>
      </w:r>
    </w:p>
    <w:p>
      <w:r>
        <w:t>Kompozytor: _________________________________________________________________</w:t>
      </w:r>
    </w:p>
    <w:p>
      <w:r>
        <w:t>Autor opracowania: __________________________________________________________</w:t>
      </w:r>
    </w:p>
    <w:p>
      <w:pPr>
        <w:pStyle w:val="Heading1"/>
      </w:pPr>
      <w:r>
        <w:t>5. Informacje techniczne</w:t>
      </w:r>
    </w:p>
    <w:p>
      <w:r>
        <w:t>Liczba osób w zespole: __________________</w:t>
      </w:r>
    </w:p>
    <w:p>
      <w:r>
        <w:t>☐ własny akompaniament   ☐ podkład muzyczny   ☐ a cappella</w:t>
      </w:r>
    </w:p>
    <w:p>
      <w:r>
        <w:t>Instrumenty: ________________________________________________________________</w:t>
      </w:r>
    </w:p>
    <w:p>
      <w:r>
        <w:t>Własny sprzęt: ☐ tak  ☐ nie</w:t>
      </w:r>
    </w:p>
    <w:p>
      <w:r>
        <w:t>Fortepian: ☐ tak  ☐ nie</w:t>
      </w:r>
    </w:p>
    <w:p>
      <w:r>
        <w:t>Inne wymagania: _____________________________________________________________</w:t>
      </w:r>
    </w:p>
    <w:p>
      <w:pPr>
        <w:pStyle w:val="Heading1"/>
      </w:pPr>
      <w:r>
        <w:t>6. Notatka dla konferansjera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</w:pPr>
      <w:r>
        <w:t>7. Oświadczenie zgłaszającego</w:t>
      </w:r>
    </w:p>
    <w:p>
      <w:r>
        <w:t>Oświadczam, że podane dane są prawdziwe, zapoznałem/am się z Regulaminem XVI Festiwalu i zobowiązuję się do jego przestrzegania. Potwierdzam przekazanie właściwego formularza zgody/zezwolenia, jeżeli jest wymagany.</w:t>
      </w:r>
    </w:p>
    <w:p>
      <w:r>
        <w:t>Miejscowość i data: ____________________________    Podpis: ______________________________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XVI Festiwal Piosenki Żołnierskiej i Patriotycznej – Trzebinia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