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EF86B" w14:textId="7E404EB2" w:rsidR="00211138" w:rsidRPr="00295566" w:rsidRDefault="00BA74C4" w:rsidP="00295566">
      <w:pPr>
        <w:jc w:val="center"/>
        <w:rPr>
          <w:sz w:val="22"/>
          <w:lang w:val="pl-PL"/>
        </w:rPr>
      </w:pPr>
      <w:r>
        <w:rPr>
          <w:b/>
          <w:sz w:val="22"/>
          <w:lang w:val="pl-PL"/>
        </w:rPr>
        <w:t xml:space="preserve">ZGODA </w:t>
      </w:r>
      <w:r w:rsidRPr="00295566">
        <w:rPr>
          <w:b/>
          <w:sz w:val="22"/>
          <w:lang w:val="pl-PL"/>
        </w:rPr>
        <w:t>UCZESTNIKA PEŁNOLETNIEGO</w:t>
      </w:r>
      <w:r>
        <w:rPr>
          <w:b/>
          <w:sz w:val="22"/>
          <w:lang w:val="pl-PL"/>
        </w:rPr>
        <w:t xml:space="preserve"> NA PRZETWARZANIE DANYCH OSOBOWYCH </w:t>
      </w:r>
      <w:r w:rsidRPr="00295566">
        <w:rPr>
          <w:b/>
          <w:sz w:val="22"/>
          <w:lang w:val="pl-PL"/>
        </w:rPr>
        <w:br/>
      </w:r>
      <w:r>
        <w:rPr>
          <w:b/>
          <w:sz w:val="22"/>
          <w:lang w:val="pl-PL"/>
        </w:rPr>
        <w:t xml:space="preserve">W </w:t>
      </w:r>
      <w:r w:rsidRPr="00295566">
        <w:rPr>
          <w:b/>
          <w:sz w:val="22"/>
          <w:lang w:val="pl-PL"/>
        </w:rPr>
        <w:t>XVI FESTIWAL</w:t>
      </w:r>
      <w:r>
        <w:rPr>
          <w:b/>
          <w:sz w:val="22"/>
          <w:lang w:val="pl-PL"/>
        </w:rPr>
        <w:t>U</w:t>
      </w:r>
      <w:r w:rsidR="00295566">
        <w:rPr>
          <w:b/>
          <w:sz w:val="22"/>
          <w:lang w:val="pl-PL"/>
        </w:rPr>
        <w:t xml:space="preserve"> PIOSENKI ŻOŁNIERSKIEJ W </w:t>
      </w:r>
      <w:r w:rsidRPr="00295566">
        <w:rPr>
          <w:b/>
          <w:sz w:val="22"/>
          <w:lang w:val="pl-PL"/>
        </w:rPr>
        <w:t>TRZEBINI 2026</w:t>
      </w:r>
    </w:p>
    <w:p w14:paraId="73E5C8A1" w14:textId="7C2D5131" w:rsidR="00295566" w:rsidRPr="00295566" w:rsidRDefault="00295566" w:rsidP="00295566">
      <w:pPr>
        <w:pStyle w:val="Akapitzlist"/>
        <w:numPr>
          <w:ilvl w:val="0"/>
          <w:numId w:val="15"/>
        </w:numPr>
        <w:tabs>
          <w:tab w:val="left" w:pos="567"/>
          <w:tab w:val="left" w:pos="709"/>
        </w:tabs>
        <w:spacing w:after="0"/>
        <w:rPr>
          <w:b/>
          <w:bCs/>
          <w:sz w:val="20"/>
          <w:szCs w:val="20"/>
          <w:lang w:val="pl-PL"/>
        </w:rPr>
      </w:pPr>
      <w:r w:rsidRPr="00295566">
        <w:rPr>
          <w:b/>
          <w:bCs/>
          <w:sz w:val="20"/>
          <w:szCs w:val="20"/>
          <w:lang w:val="pl-PL"/>
        </w:rPr>
        <w:t>Zgoda na udział</w:t>
      </w:r>
    </w:p>
    <w:p w14:paraId="35E7DD30" w14:textId="1C1AA9D5" w:rsidR="00295566" w:rsidRDefault="00295566" w:rsidP="00295566">
      <w:pPr>
        <w:spacing w:after="0" w:line="240" w:lineRule="auto"/>
        <w:rPr>
          <w:sz w:val="20"/>
          <w:szCs w:val="20"/>
          <w:lang w:val="pl-PL"/>
        </w:rPr>
      </w:pPr>
      <w:r w:rsidRPr="00295566">
        <w:rPr>
          <w:sz w:val="20"/>
          <w:szCs w:val="20"/>
          <w:lang w:val="pl-PL"/>
        </w:rPr>
        <w:t xml:space="preserve">Oświadczam, że jestem osobą pełnoletnią. Wyrażam zgodę na </w:t>
      </w:r>
      <w:r w:rsidR="00B205E1">
        <w:rPr>
          <w:sz w:val="20"/>
          <w:szCs w:val="20"/>
          <w:lang w:val="pl-PL"/>
        </w:rPr>
        <w:t xml:space="preserve">udział i </w:t>
      </w:r>
      <w:r w:rsidRPr="00295566">
        <w:rPr>
          <w:sz w:val="20"/>
          <w:szCs w:val="20"/>
          <w:lang w:val="pl-PL"/>
        </w:rPr>
        <w:t>przetwarzanie moich danych osobowych</w:t>
      </w:r>
      <w:r w:rsidR="00542E5A">
        <w:rPr>
          <w:sz w:val="20"/>
          <w:szCs w:val="20"/>
          <w:lang w:val="pl-PL"/>
        </w:rPr>
        <w:t xml:space="preserve">: </w:t>
      </w:r>
    </w:p>
    <w:p w14:paraId="7B9D9619" w14:textId="77777777" w:rsidR="00295566" w:rsidRPr="00295566" w:rsidRDefault="00295566" w:rsidP="00295566">
      <w:pPr>
        <w:spacing w:after="0" w:line="240" w:lineRule="auto"/>
        <w:rPr>
          <w:sz w:val="20"/>
          <w:szCs w:val="20"/>
          <w:lang w:val="pl-PL"/>
        </w:rPr>
      </w:pPr>
    </w:p>
    <w:p w14:paraId="1B1D3842" w14:textId="40C8675D" w:rsidR="00295566" w:rsidRPr="00295566" w:rsidRDefault="00295566" w:rsidP="00295566">
      <w:pPr>
        <w:spacing w:after="0" w:line="240" w:lineRule="auto"/>
        <w:rPr>
          <w:sz w:val="20"/>
          <w:szCs w:val="20"/>
          <w:lang w:val="pl-PL"/>
        </w:rPr>
      </w:pPr>
      <w:r w:rsidRPr="00295566">
        <w:rPr>
          <w:sz w:val="20"/>
          <w:szCs w:val="20"/>
          <w:lang w:val="pl-PL"/>
        </w:rPr>
        <w:t>…………………………………………………………………………………………………………………………….</w:t>
      </w:r>
    </w:p>
    <w:p w14:paraId="4B03E9D5" w14:textId="23874C1F" w:rsidR="00295566" w:rsidRDefault="00295566" w:rsidP="00295566">
      <w:pPr>
        <w:spacing w:after="0" w:line="240" w:lineRule="auto"/>
        <w:jc w:val="center"/>
        <w:rPr>
          <w:sz w:val="20"/>
          <w:szCs w:val="20"/>
          <w:lang w:val="pl-PL"/>
        </w:rPr>
      </w:pPr>
      <w:r w:rsidRPr="00295566">
        <w:rPr>
          <w:sz w:val="20"/>
          <w:szCs w:val="20"/>
          <w:lang w:val="pl-PL"/>
        </w:rPr>
        <w:t>(imię i nazwisko, klasa, szkoła, adres e-mail)</w:t>
      </w:r>
    </w:p>
    <w:p w14:paraId="41556674" w14:textId="77777777" w:rsidR="00295566" w:rsidRPr="00295566" w:rsidRDefault="00295566" w:rsidP="00295566">
      <w:pPr>
        <w:spacing w:after="0" w:line="240" w:lineRule="auto"/>
        <w:jc w:val="center"/>
        <w:rPr>
          <w:sz w:val="20"/>
          <w:szCs w:val="20"/>
          <w:lang w:val="pl-PL"/>
        </w:rPr>
      </w:pPr>
    </w:p>
    <w:p w14:paraId="52FCE01C" w14:textId="45F20880" w:rsidR="00211138" w:rsidRPr="00295566" w:rsidRDefault="00BA74C4" w:rsidP="00295566">
      <w:pPr>
        <w:spacing w:line="240" w:lineRule="auto"/>
        <w:jc w:val="both"/>
        <w:rPr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w</w:t>
      </w:r>
      <w:r w:rsidR="00295566" w:rsidRPr="00295566">
        <w:rPr>
          <w:sz w:val="20"/>
          <w:szCs w:val="20"/>
          <w:lang w:val="pl-PL"/>
        </w:rPr>
        <w:t xml:space="preserve"> XVI Festiwalu Piosenki Żołnierskiej i Patriotycznej – Trzebinia 2026, organizowanym przez Liceum Ogólnokształcące im. Batalionu „Parasol” w Trzebini oraz Stowarzyszenie Proobronno-Oświatowe „Kadet” w Trzebini. Oświadczam, że zapoznałem/am się z Regulaminem Festiwalu i akceptuję jego postanowienia.</w:t>
      </w:r>
    </w:p>
    <w:p w14:paraId="2CE2BAE7" w14:textId="47B22C4B" w:rsidR="00295566" w:rsidRPr="00542FD8" w:rsidRDefault="00295566" w:rsidP="00542FD8">
      <w:pPr>
        <w:pStyle w:val="Akapitzlist"/>
        <w:numPr>
          <w:ilvl w:val="0"/>
          <w:numId w:val="15"/>
        </w:numPr>
        <w:tabs>
          <w:tab w:val="left" w:pos="567"/>
          <w:tab w:val="left" w:pos="709"/>
        </w:tabs>
        <w:spacing w:after="0"/>
        <w:rPr>
          <w:b/>
          <w:bCs/>
          <w:sz w:val="20"/>
          <w:szCs w:val="20"/>
          <w:lang w:val="pl-PL"/>
        </w:rPr>
      </w:pPr>
      <w:r w:rsidRPr="00C536FE">
        <w:rPr>
          <w:b/>
          <w:bCs/>
          <w:sz w:val="20"/>
          <w:szCs w:val="20"/>
          <w:lang w:val="pl-PL"/>
        </w:rPr>
        <w:t>Zgoda na wizerunek</w:t>
      </w:r>
    </w:p>
    <w:p w14:paraId="724B2127" w14:textId="2DCA4AC2" w:rsidR="00295566" w:rsidRPr="00C536FE" w:rsidRDefault="00295566" w:rsidP="00542FD8">
      <w:pPr>
        <w:spacing w:after="0"/>
        <w:jc w:val="both"/>
        <w:rPr>
          <w:sz w:val="20"/>
          <w:szCs w:val="20"/>
          <w:lang w:val="pl-PL"/>
        </w:rPr>
      </w:pPr>
      <w:r w:rsidRPr="00C536FE">
        <w:rPr>
          <w:b/>
          <w:bCs/>
          <w:i/>
          <w:iCs/>
          <w:sz w:val="20"/>
          <w:szCs w:val="20"/>
          <w:lang w:val="pl-PL"/>
        </w:rPr>
        <w:t>Wyrażam zgodę/nie wyrażam zgody</w:t>
      </w:r>
      <w:r w:rsidRPr="00C536FE">
        <w:rPr>
          <w:sz w:val="20"/>
          <w:szCs w:val="20"/>
          <w:lang w:val="pl-PL"/>
        </w:rPr>
        <w:t xml:space="preserve">* na nieodpłatne utrwalanie i rozpowszechnianie </w:t>
      </w:r>
      <w:r>
        <w:rPr>
          <w:sz w:val="20"/>
          <w:szCs w:val="20"/>
          <w:lang w:val="pl-PL"/>
        </w:rPr>
        <w:t xml:space="preserve">mojego </w:t>
      </w:r>
      <w:r w:rsidRPr="00C536FE">
        <w:rPr>
          <w:sz w:val="20"/>
          <w:szCs w:val="20"/>
          <w:lang w:val="pl-PL"/>
        </w:rPr>
        <w:t>wizerunku utrwalonego podczas Festiwalu w celu dokumentowania i promocji wydarzenia zgodnie z art. 81 ust. 1 ustawy</w:t>
      </w:r>
      <w:r>
        <w:rPr>
          <w:sz w:val="20"/>
          <w:szCs w:val="20"/>
          <w:lang w:val="pl-PL"/>
        </w:rPr>
        <w:br/>
      </w:r>
      <w:r w:rsidRPr="00C536FE">
        <w:rPr>
          <w:sz w:val="20"/>
          <w:szCs w:val="20"/>
          <w:lang w:val="pl-PL"/>
        </w:rPr>
        <w:t>z dnia 4 lutego 1994 r. o prawie autorskim i prawach pokrewnych:</w:t>
      </w:r>
    </w:p>
    <w:p w14:paraId="4743D419" w14:textId="44A2CEFD" w:rsidR="00295566" w:rsidRPr="00C536FE" w:rsidRDefault="00295566" w:rsidP="00542E5A">
      <w:pPr>
        <w:spacing w:after="0" w:line="360" w:lineRule="auto"/>
        <w:rPr>
          <w:rFonts w:ascii="Aptos" w:hAnsi="Aptos"/>
          <w:sz w:val="20"/>
          <w:szCs w:val="20"/>
          <w:lang w:val="pl-PL"/>
        </w:rPr>
      </w:pPr>
      <w:r w:rsidRPr="00C536FE">
        <w:rPr>
          <w:sz w:val="20"/>
          <w:szCs w:val="20"/>
          <w:lang w:val="pl-PL"/>
        </w:rPr>
        <w:t>☐ strona internetowa Organizator</w:t>
      </w:r>
      <w:r>
        <w:rPr>
          <w:sz w:val="20"/>
          <w:szCs w:val="20"/>
          <w:lang w:val="pl-PL"/>
        </w:rPr>
        <w:t>a</w:t>
      </w:r>
      <w:r w:rsidRPr="00C536FE">
        <w:rPr>
          <w:sz w:val="20"/>
          <w:szCs w:val="20"/>
          <w:lang w:val="pl-PL"/>
        </w:rPr>
        <w:t xml:space="preserve"> i Patronów (Kuratorium Oświaty, Urząd Miasta w Trzebini), </w:t>
      </w:r>
    </w:p>
    <w:p w14:paraId="102C9189" w14:textId="34EBA9EF" w:rsidR="00295566" w:rsidRPr="00C536FE" w:rsidRDefault="00295566" w:rsidP="00542E5A">
      <w:pPr>
        <w:spacing w:after="0" w:line="360" w:lineRule="auto"/>
        <w:rPr>
          <w:sz w:val="20"/>
          <w:szCs w:val="20"/>
          <w:lang w:val="pl-PL"/>
        </w:rPr>
      </w:pPr>
      <w:r w:rsidRPr="00C536FE">
        <w:rPr>
          <w:sz w:val="20"/>
          <w:szCs w:val="20"/>
          <w:lang w:val="pl-PL"/>
        </w:rPr>
        <w:t>☐ oficjalne media społecznościowe Organizator</w:t>
      </w:r>
      <w:r>
        <w:rPr>
          <w:sz w:val="20"/>
          <w:szCs w:val="20"/>
          <w:lang w:val="pl-PL"/>
        </w:rPr>
        <w:t>a</w:t>
      </w:r>
      <w:r w:rsidRPr="00C536FE">
        <w:rPr>
          <w:sz w:val="20"/>
          <w:szCs w:val="20"/>
          <w:lang w:val="pl-PL"/>
        </w:rPr>
        <w:t xml:space="preserve"> (profil Facebook)</w:t>
      </w:r>
    </w:p>
    <w:p w14:paraId="18D7EF11" w14:textId="77777777" w:rsidR="00295566" w:rsidRPr="00C536FE" w:rsidRDefault="00295566" w:rsidP="00542E5A">
      <w:pPr>
        <w:spacing w:after="0" w:line="360" w:lineRule="auto"/>
        <w:rPr>
          <w:sz w:val="20"/>
          <w:szCs w:val="20"/>
          <w:lang w:val="pl-PL"/>
        </w:rPr>
      </w:pPr>
      <w:r w:rsidRPr="00C536FE">
        <w:rPr>
          <w:sz w:val="20"/>
          <w:szCs w:val="20"/>
          <w:lang w:val="pl-PL"/>
        </w:rPr>
        <w:t>☐ materiały promocyjne i informacyjne Festiwalu</w:t>
      </w:r>
    </w:p>
    <w:p w14:paraId="2EFB1ECB" w14:textId="77777777" w:rsidR="00295566" w:rsidRPr="00C536FE" w:rsidRDefault="00295566" w:rsidP="00542E5A">
      <w:pPr>
        <w:spacing w:after="0" w:line="360" w:lineRule="auto"/>
        <w:rPr>
          <w:sz w:val="20"/>
          <w:szCs w:val="20"/>
          <w:lang w:val="pl-PL"/>
        </w:rPr>
      </w:pPr>
      <w:r w:rsidRPr="00C536FE">
        <w:rPr>
          <w:sz w:val="20"/>
          <w:szCs w:val="20"/>
          <w:lang w:val="pl-PL"/>
        </w:rPr>
        <w:t>☐ materiały prasowe dotyczące Festiwalu</w:t>
      </w:r>
    </w:p>
    <w:p w14:paraId="72D90D63" w14:textId="77777777" w:rsidR="00295566" w:rsidRPr="00C536FE" w:rsidRDefault="00295566" w:rsidP="00295566">
      <w:pPr>
        <w:rPr>
          <w:sz w:val="20"/>
          <w:szCs w:val="20"/>
          <w:lang w:val="pl-PL"/>
        </w:rPr>
      </w:pPr>
      <w:r w:rsidRPr="00C536FE">
        <w:rPr>
          <w:sz w:val="20"/>
          <w:szCs w:val="20"/>
          <w:lang w:val="pl-PL"/>
        </w:rPr>
        <w:t xml:space="preserve">* </w:t>
      </w:r>
      <w:r w:rsidRPr="00C536FE">
        <w:rPr>
          <w:i/>
          <w:iCs/>
          <w:sz w:val="16"/>
          <w:szCs w:val="16"/>
          <w:lang w:val="pl-PL"/>
        </w:rPr>
        <w:t>niewłaściwe należy skreślić</w:t>
      </w:r>
    </w:p>
    <w:p w14:paraId="3C88339D" w14:textId="2B41C727" w:rsidR="00295566" w:rsidRPr="00542FD8" w:rsidRDefault="00295566" w:rsidP="00542FD8">
      <w:pPr>
        <w:pStyle w:val="Akapitzlist"/>
        <w:numPr>
          <w:ilvl w:val="0"/>
          <w:numId w:val="15"/>
        </w:numPr>
        <w:tabs>
          <w:tab w:val="left" w:pos="567"/>
          <w:tab w:val="left" w:pos="709"/>
        </w:tabs>
        <w:spacing w:after="0"/>
        <w:rPr>
          <w:b/>
          <w:bCs/>
          <w:sz w:val="20"/>
          <w:szCs w:val="20"/>
          <w:lang w:val="pl-PL"/>
        </w:rPr>
      </w:pPr>
      <w:r w:rsidRPr="00C536FE">
        <w:rPr>
          <w:b/>
          <w:bCs/>
          <w:sz w:val="20"/>
          <w:szCs w:val="20"/>
          <w:lang w:val="pl-PL"/>
        </w:rPr>
        <w:t>Zgoda na publikację wyników</w:t>
      </w:r>
    </w:p>
    <w:p w14:paraId="3196D1C9" w14:textId="4F0429C8" w:rsidR="00295566" w:rsidRPr="00542E5A" w:rsidRDefault="00295566" w:rsidP="00295566">
      <w:pPr>
        <w:rPr>
          <w:b/>
          <w:bCs/>
          <w:sz w:val="20"/>
          <w:szCs w:val="20"/>
          <w:lang w:val="pl-PL"/>
        </w:rPr>
      </w:pPr>
      <w:r w:rsidRPr="00C536FE">
        <w:rPr>
          <w:sz w:val="20"/>
          <w:szCs w:val="20"/>
          <w:lang w:val="pl-PL"/>
        </w:rPr>
        <w:t>Wyrażam zgodę na publikację imienia i nazwiska, nazwy szkoły, klasy oraz informacji o miejscu, wyróżnieniu lub nagrodzie</w:t>
      </w:r>
      <w:r w:rsidRPr="00542E5A">
        <w:rPr>
          <w:b/>
          <w:bCs/>
          <w:sz w:val="20"/>
          <w:szCs w:val="20"/>
          <w:lang w:val="pl-PL"/>
        </w:rPr>
        <w:t>:   ☐ TAK    ☐ NIE</w:t>
      </w:r>
    </w:p>
    <w:p w14:paraId="7D0327A6" w14:textId="471BE39E" w:rsidR="00295566" w:rsidRPr="00542FD8" w:rsidRDefault="00295566" w:rsidP="00542FD8">
      <w:pPr>
        <w:pStyle w:val="Akapitzlist"/>
        <w:numPr>
          <w:ilvl w:val="0"/>
          <w:numId w:val="15"/>
        </w:numPr>
        <w:tabs>
          <w:tab w:val="left" w:pos="567"/>
          <w:tab w:val="left" w:pos="709"/>
        </w:tabs>
        <w:spacing w:after="0"/>
        <w:rPr>
          <w:b/>
          <w:bCs/>
          <w:sz w:val="20"/>
          <w:szCs w:val="20"/>
          <w:lang w:val="pl-PL"/>
        </w:rPr>
      </w:pPr>
      <w:r w:rsidRPr="00C536FE">
        <w:rPr>
          <w:b/>
          <w:bCs/>
          <w:sz w:val="20"/>
          <w:szCs w:val="20"/>
          <w:lang w:val="pl-PL"/>
        </w:rPr>
        <w:t>Zgoda na nagranie</w:t>
      </w:r>
    </w:p>
    <w:p w14:paraId="6CB073C7" w14:textId="6A194878" w:rsidR="00295566" w:rsidRPr="00542E5A" w:rsidRDefault="00295566" w:rsidP="00295566">
      <w:pPr>
        <w:spacing w:after="0"/>
        <w:jc w:val="both"/>
        <w:rPr>
          <w:b/>
          <w:bCs/>
          <w:sz w:val="20"/>
          <w:szCs w:val="20"/>
          <w:lang w:val="pl-PL"/>
        </w:rPr>
      </w:pPr>
      <w:r w:rsidRPr="00C536FE">
        <w:rPr>
          <w:sz w:val="20"/>
          <w:szCs w:val="20"/>
          <w:lang w:val="pl-PL"/>
        </w:rPr>
        <w:t xml:space="preserve">Wyrażam zgodę na nieodpłatne utrwalanie </w:t>
      </w:r>
      <w:r>
        <w:rPr>
          <w:sz w:val="20"/>
          <w:szCs w:val="20"/>
          <w:lang w:val="pl-PL"/>
        </w:rPr>
        <w:t xml:space="preserve">mojego </w:t>
      </w:r>
      <w:r w:rsidRPr="00C536FE">
        <w:rPr>
          <w:sz w:val="20"/>
          <w:szCs w:val="20"/>
          <w:lang w:val="pl-PL"/>
        </w:rPr>
        <w:t>występu w formie audio lub audiowizualnej na portalu YouTube oraz wykorzystanie nagrania w celu dokumentowania i promocji Festiwalu:</w:t>
      </w:r>
      <w:r>
        <w:rPr>
          <w:sz w:val="20"/>
          <w:szCs w:val="20"/>
          <w:lang w:val="pl-PL"/>
        </w:rPr>
        <w:t xml:space="preserve">   </w:t>
      </w:r>
      <w:r w:rsidRPr="00542E5A">
        <w:rPr>
          <w:b/>
          <w:bCs/>
          <w:sz w:val="20"/>
          <w:szCs w:val="20"/>
          <w:lang w:val="pl-PL"/>
        </w:rPr>
        <w:t xml:space="preserve">☐ TAK   </w:t>
      </w:r>
      <w:r w:rsidRPr="00542E5A">
        <w:rPr>
          <w:rFonts w:ascii="Segoe UI Symbol" w:hAnsi="Segoe UI Symbol" w:cs="Segoe UI Symbol"/>
          <w:b/>
          <w:bCs/>
          <w:sz w:val="20"/>
          <w:szCs w:val="20"/>
          <w:lang w:val="pl-PL"/>
        </w:rPr>
        <w:t>☐</w:t>
      </w:r>
      <w:r w:rsidRPr="00542E5A">
        <w:rPr>
          <w:b/>
          <w:bCs/>
          <w:sz w:val="20"/>
          <w:szCs w:val="20"/>
          <w:lang w:val="pl-PL"/>
        </w:rPr>
        <w:t xml:space="preserve"> NIE</w:t>
      </w:r>
    </w:p>
    <w:p w14:paraId="48569A05" w14:textId="77777777" w:rsidR="00295566" w:rsidRDefault="00295566" w:rsidP="00295566">
      <w:pPr>
        <w:spacing w:after="0"/>
        <w:rPr>
          <w:sz w:val="20"/>
          <w:szCs w:val="20"/>
          <w:lang w:val="pl-PL"/>
        </w:rPr>
      </w:pPr>
    </w:p>
    <w:p w14:paraId="494B195B" w14:textId="460C70CF" w:rsidR="00726C40" w:rsidRDefault="00295566" w:rsidP="00295566">
      <w:pPr>
        <w:spacing w:after="0"/>
        <w:rPr>
          <w:b/>
          <w:bCs/>
          <w:sz w:val="20"/>
          <w:szCs w:val="20"/>
          <w:lang w:val="pl-PL"/>
        </w:rPr>
      </w:pPr>
      <w:r w:rsidRPr="006905B1">
        <w:rPr>
          <w:b/>
          <w:bCs/>
          <w:sz w:val="20"/>
          <w:szCs w:val="20"/>
          <w:lang w:val="pl-PL"/>
        </w:rPr>
        <w:t xml:space="preserve">Data i czytelny </w:t>
      </w:r>
      <w:r>
        <w:rPr>
          <w:b/>
          <w:bCs/>
          <w:sz w:val="20"/>
          <w:szCs w:val="20"/>
          <w:lang w:val="pl-PL"/>
        </w:rPr>
        <w:t>p</w:t>
      </w:r>
      <w:r w:rsidRPr="006905B1">
        <w:rPr>
          <w:b/>
          <w:bCs/>
          <w:sz w:val="20"/>
          <w:szCs w:val="20"/>
          <w:lang w:val="pl-PL"/>
        </w:rPr>
        <w:t xml:space="preserve">odpis </w:t>
      </w:r>
      <w:r>
        <w:rPr>
          <w:b/>
          <w:bCs/>
          <w:sz w:val="20"/>
          <w:szCs w:val="20"/>
          <w:lang w:val="pl-PL"/>
        </w:rPr>
        <w:t>pełnoletniego uczestnika</w:t>
      </w:r>
      <w:r w:rsidR="00345826">
        <w:rPr>
          <w:b/>
          <w:bCs/>
          <w:sz w:val="20"/>
          <w:szCs w:val="20"/>
          <w:lang w:val="pl-PL"/>
        </w:rPr>
        <w:t xml:space="preserve"> festiwalu</w:t>
      </w:r>
      <w:r w:rsidRPr="006905B1">
        <w:rPr>
          <w:b/>
          <w:bCs/>
          <w:sz w:val="20"/>
          <w:szCs w:val="20"/>
          <w:lang w:val="pl-PL"/>
        </w:rPr>
        <w:t xml:space="preserve">: </w:t>
      </w:r>
    </w:p>
    <w:p w14:paraId="04ED09E3" w14:textId="77777777" w:rsidR="00726C40" w:rsidRDefault="00726C40" w:rsidP="00295566">
      <w:pPr>
        <w:spacing w:after="0"/>
        <w:rPr>
          <w:b/>
          <w:bCs/>
          <w:sz w:val="20"/>
          <w:szCs w:val="20"/>
          <w:lang w:val="pl-PL"/>
        </w:rPr>
      </w:pPr>
    </w:p>
    <w:p w14:paraId="3D5F8E0E" w14:textId="14A10915" w:rsidR="00295566" w:rsidRPr="006905B1" w:rsidRDefault="00295566" w:rsidP="00295566">
      <w:pPr>
        <w:spacing w:after="0"/>
        <w:rPr>
          <w:b/>
          <w:bCs/>
          <w:sz w:val="20"/>
          <w:szCs w:val="20"/>
          <w:lang w:val="pl-PL"/>
        </w:rPr>
      </w:pPr>
      <w:r w:rsidRPr="006905B1">
        <w:rPr>
          <w:b/>
          <w:bCs/>
          <w:sz w:val="20"/>
          <w:szCs w:val="20"/>
          <w:lang w:val="pl-PL"/>
        </w:rPr>
        <w:t>___________________________________________</w:t>
      </w:r>
      <w:r>
        <w:rPr>
          <w:b/>
          <w:bCs/>
          <w:sz w:val="20"/>
          <w:szCs w:val="20"/>
          <w:lang w:val="pl-PL"/>
        </w:rPr>
        <w:t>____</w:t>
      </w:r>
      <w:r w:rsidRPr="006905B1">
        <w:rPr>
          <w:b/>
          <w:bCs/>
          <w:sz w:val="20"/>
          <w:szCs w:val="20"/>
          <w:lang w:val="pl-PL"/>
        </w:rPr>
        <w:t xml:space="preserve"> </w:t>
      </w:r>
    </w:p>
    <w:p w14:paraId="15D97991" w14:textId="77777777" w:rsidR="00295566" w:rsidRDefault="00295566" w:rsidP="00295566">
      <w:pPr>
        <w:spacing w:after="0"/>
        <w:rPr>
          <w:sz w:val="20"/>
          <w:szCs w:val="20"/>
          <w:lang w:val="pl-PL"/>
        </w:rPr>
      </w:pPr>
    </w:p>
    <w:p w14:paraId="53197848" w14:textId="77777777" w:rsidR="00295566" w:rsidRPr="00C536FE" w:rsidRDefault="00295566" w:rsidP="00542FD8">
      <w:pPr>
        <w:pStyle w:val="Akapitzlist"/>
        <w:numPr>
          <w:ilvl w:val="0"/>
          <w:numId w:val="15"/>
        </w:numPr>
        <w:tabs>
          <w:tab w:val="left" w:pos="567"/>
          <w:tab w:val="left" w:pos="709"/>
        </w:tabs>
        <w:spacing w:after="0"/>
        <w:rPr>
          <w:b/>
          <w:bCs/>
          <w:sz w:val="20"/>
          <w:szCs w:val="20"/>
          <w:lang w:val="pl-PL"/>
        </w:rPr>
      </w:pPr>
      <w:r w:rsidRPr="00C536FE">
        <w:rPr>
          <w:b/>
          <w:bCs/>
          <w:sz w:val="20"/>
          <w:szCs w:val="20"/>
          <w:lang w:val="pl-PL"/>
        </w:rPr>
        <w:t>Klauzula informacyjna</w:t>
      </w:r>
    </w:p>
    <w:p w14:paraId="7088E825" w14:textId="77777777" w:rsidR="00295566" w:rsidRPr="00295566" w:rsidRDefault="00295566" w:rsidP="00295566">
      <w:pPr>
        <w:pStyle w:val="Akapitzlist"/>
        <w:numPr>
          <w:ilvl w:val="0"/>
          <w:numId w:val="11"/>
        </w:numPr>
        <w:ind w:left="360"/>
        <w:jc w:val="both"/>
        <w:rPr>
          <w:b/>
          <w:bCs/>
          <w:sz w:val="16"/>
          <w:szCs w:val="16"/>
          <w:lang w:val="pl-PL"/>
        </w:rPr>
      </w:pPr>
      <w:r w:rsidRPr="00C536FE">
        <w:rPr>
          <w:sz w:val="16"/>
          <w:szCs w:val="16"/>
          <w:lang w:val="pl-PL"/>
        </w:rPr>
        <w:t>Administratorem danych osobowych jest</w:t>
      </w:r>
      <w:r>
        <w:rPr>
          <w:sz w:val="16"/>
          <w:szCs w:val="16"/>
          <w:lang w:val="pl-PL"/>
        </w:rPr>
        <w:t>:</w:t>
      </w:r>
    </w:p>
    <w:p w14:paraId="13283C5F" w14:textId="52A7B19F" w:rsidR="00295566" w:rsidRPr="00C536FE" w:rsidRDefault="00295566" w:rsidP="00295566">
      <w:pPr>
        <w:pStyle w:val="Akapitzlist"/>
        <w:ind w:left="360"/>
        <w:jc w:val="both"/>
        <w:rPr>
          <w:b/>
          <w:bCs/>
          <w:sz w:val="16"/>
          <w:szCs w:val="16"/>
          <w:lang w:val="pl-PL"/>
        </w:rPr>
      </w:pPr>
      <w:r w:rsidRPr="00C536FE">
        <w:rPr>
          <w:b/>
          <w:bCs/>
          <w:sz w:val="16"/>
          <w:szCs w:val="16"/>
          <w:lang w:val="pl-PL"/>
        </w:rPr>
        <w:t>Liceum Ogólnokształcącego im. Batalionu „Parasol” w Trzebini, ul. Szkolna 3, 32-540 Trzebinia.</w:t>
      </w:r>
    </w:p>
    <w:p w14:paraId="09A0D6AA" w14:textId="53A8BA22" w:rsidR="00295566" w:rsidRPr="00C536FE" w:rsidRDefault="00295566" w:rsidP="00295566">
      <w:pPr>
        <w:pStyle w:val="Akapitzlist"/>
        <w:numPr>
          <w:ilvl w:val="0"/>
          <w:numId w:val="11"/>
        </w:numPr>
        <w:ind w:left="360"/>
        <w:jc w:val="both"/>
        <w:rPr>
          <w:sz w:val="16"/>
          <w:szCs w:val="16"/>
          <w:lang w:val="pl-PL"/>
        </w:rPr>
      </w:pPr>
      <w:r w:rsidRPr="00C536FE">
        <w:rPr>
          <w:sz w:val="16"/>
          <w:szCs w:val="16"/>
          <w:lang w:val="pl-PL"/>
        </w:rPr>
        <w:t>Administrator wyznaczył Inspektora Ochrony Danych Osobowych, z którym można się skontaktować pod adresem e-mail:</w:t>
      </w:r>
      <w:r w:rsidR="00726C40">
        <w:rPr>
          <w:sz w:val="16"/>
          <w:szCs w:val="16"/>
          <w:lang w:val="pl-PL"/>
        </w:rPr>
        <w:t xml:space="preserve"> </w:t>
      </w:r>
      <w:r w:rsidRPr="00726C40">
        <w:rPr>
          <w:i/>
          <w:iCs/>
          <w:sz w:val="16"/>
          <w:szCs w:val="16"/>
          <w:lang w:val="pl-PL"/>
        </w:rPr>
        <w:t>iod@ewartbhp.pl</w:t>
      </w:r>
      <w:r w:rsidRPr="00C536FE">
        <w:rPr>
          <w:sz w:val="16"/>
          <w:szCs w:val="16"/>
          <w:lang w:val="pl-PL"/>
        </w:rPr>
        <w:t xml:space="preserve">  w sprawach dotyczących przetwarzania danych osobowych.</w:t>
      </w:r>
    </w:p>
    <w:p w14:paraId="7A57FC8A" w14:textId="77777777" w:rsidR="00295566" w:rsidRPr="00C536FE" w:rsidRDefault="00295566" w:rsidP="00295566">
      <w:pPr>
        <w:pStyle w:val="Akapitzlist"/>
        <w:numPr>
          <w:ilvl w:val="0"/>
          <w:numId w:val="11"/>
        </w:numPr>
        <w:ind w:left="360"/>
        <w:jc w:val="both"/>
        <w:rPr>
          <w:sz w:val="16"/>
          <w:szCs w:val="16"/>
          <w:lang w:val="pl-PL"/>
        </w:rPr>
      </w:pPr>
      <w:r w:rsidRPr="00C536FE">
        <w:rPr>
          <w:sz w:val="16"/>
          <w:szCs w:val="16"/>
          <w:lang w:val="pl-PL"/>
        </w:rPr>
        <w:t>Dane osobowe przetwarzane będą w celu organizacji i realizacji FESTIWALU XVI OGÓLNOPOLSKIEGO PIOSENKI ŻOŁNIERSKIEJ I PATRIOTYCZNEJ TRZEBINIA 2026 na podstawie art. 6 ust.1 lit a RODO tj. dobrowolnej zgody.</w:t>
      </w:r>
    </w:p>
    <w:p w14:paraId="1C803099" w14:textId="0AF994D4" w:rsidR="00295566" w:rsidRPr="00C536FE" w:rsidRDefault="00295566" w:rsidP="00295566">
      <w:pPr>
        <w:pStyle w:val="Akapitzlist"/>
        <w:numPr>
          <w:ilvl w:val="0"/>
          <w:numId w:val="11"/>
        </w:numPr>
        <w:ind w:left="360"/>
        <w:jc w:val="both"/>
        <w:rPr>
          <w:sz w:val="16"/>
          <w:szCs w:val="16"/>
          <w:lang w:val="pl-PL"/>
        </w:rPr>
      </w:pPr>
      <w:r w:rsidRPr="00C536FE">
        <w:rPr>
          <w:sz w:val="16"/>
          <w:szCs w:val="16"/>
          <w:lang w:val="pl-PL"/>
        </w:rPr>
        <w:t>Podanie przez Panią/Pana danych osobowych jest dobrowolne, jednakże konieczne do uczestnictwa w ww. festiwalu.</w:t>
      </w:r>
    </w:p>
    <w:p w14:paraId="7CD517CC" w14:textId="23CF40C4" w:rsidR="00295566" w:rsidRPr="00C536FE" w:rsidRDefault="00295566" w:rsidP="00295566">
      <w:pPr>
        <w:pStyle w:val="Akapitzlist"/>
        <w:numPr>
          <w:ilvl w:val="0"/>
          <w:numId w:val="11"/>
        </w:numPr>
        <w:ind w:left="360"/>
        <w:jc w:val="both"/>
        <w:rPr>
          <w:sz w:val="16"/>
          <w:szCs w:val="16"/>
          <w:lang w:val="pl-PL"/>
        </w:rPr>
      </w:pPr>
      <w:r w:rsidRPr="00C536FE">
        <w:rPr>
          <w:sz w:val="16"/>
          <w:szCs w:val="16"/>
          <w:lang w:val="pl-PL"/>
        </w:rPr>
        <w:t>Pani/ Pana dane osobowe przechowywane będą przez okres niezbędny do realizacji celu lub do czasu wycofania zgody.</w:t>
      </w:r>
    </w:p>
    <w:p w14:paraId="2A0FFC4E" w14:textId="60F45812" w:rsidR="00295566" w:rsidRPr="00376E8B" w:rsidRDefault="00295566" w:rsidP="00376E8B">
      <w:pPr>
        <w:pStyle w:val="Akapitzlist"/>
        <w:numPr>
          <w:ilvl w:val="0"/>
          <w:numId w:val="11"/>
        </w:numPr>
        <w:ind w:left="360"/>
        <w:jc w:val="both"/>
        <w:rPr>
          <w:sz w:val="16"/>
          <w:szCs w:val="16"/>
          <w:lang w:val="pl-PL"/>
        </w:rPr>
      </w:pPr>
      <w:r w:rsidRPr="00C536FE">
        <w:rPr>
          <w:sz w:val="16"/>
          <w:szCs w:val="16"/>
          <w:lang w:val="pl-PL"/>
        </w:rPr>
        <w:t>Odbiorcami Pani/Pana danych osobowych będą</w:t>
      </w:r>
      <w:r w:rsidR="00376E8B">
        <w:rPr>
          <w:sz w:val="16"/>
          <w:szCs w:val="16"/>
          <w:lang w:val="pl-PL"/>
        </w:rPr>
        <w:t xml:space="preserve"> </w:t>
      </w:r>
      <w:r w:rsidRPr="00376E8B">
        <w:rPr>
          <w:sz w:val="16"/>
          <w:szCs w:val="16"/>
          <w:lang w:val="pl-PL"/>
        </w:rPr>
        <w:t>organy uprawnione na podstawie przepisów prawa,</w:t>
      </w:r>
      <w:r w:rsidR="00376E8B">
        <w:rPr>
          <w:sz w:val="16"/>
          <w:szCs w:val="16"/>
          <w:lang w:val="pl-PL"/>
        </w:rPr>
        <w:t xml:space="preserve"> </w:t>
      </w:r>
      <w:r w:rsidRPr="00376E8B">
        <w:rPr>
          <w:sz w:val="16"/>
          <w:szCs w:val="16"/>
          <w:lang w:val="pl-PL"/>
        </w:rPr>
        <w:t>podmioty wspierające Organizatora w zakresie niezbędnym do realizacji wydarzenia,</w:t>
      </w:r>
      <w:r w:rsidR="00376E8B">
        <w:rPr>
          <w:sz w:val="16"/>
          <w:szCs w:val="16"/>
          <w:lang w:val="pl-PL"/>
        </w:rPr>
        <w:t xml:space="preserve"> </w:t>
      </w:r>
      <w:r w:rsidRPr="00376E8B">
        <w:rPr>
          <w:sz w:val="16"/>
          <w:szCs w:val="16"/>
          <w:lang w:val="pl-PL"/>
        </w:rPr>
        <w:t>podmioty świadczące usługi na rzecz Administratora na podstawie umów powierzenia.</w:t>
      </w:r>
    </w:p>
    <w:p w14:paraId="424F0936" w14:textId="18E3A593" w:rsidR="00295566" w:rsidRPr="00C536FE" w:rsidRDefault="00295566" w:rsidP="00295566">
      <w:pPr>
        <w:pStyle w:val="Akapitzlist"/>
        <w:numPr>
          <w:ilvl w:val="0"/>
          <w:numId w:val="11"/>
        </w:numPr>
        <w:ind w:left="360"/>
        <w:jc w:val="both"/>
        <w:rPr>
          <w:sz w:val="16"/>
          <w:szCs w:val="16"/>
          <w:lang w:val="pl-PL"/>
        </w:rPr>
      </w:pPr>
      <w:r w:rsidRPr="00C536FE">
        <w:rPr>
          <w:sz w:val="16"/>
          <w:szCs w:val="16"/>
          <w:lang w:val="pl-PL"/>
        </w:rPr>
        <w:t>Posiada Pani/Pan prawo dostępu do treści swoich danych osobowych, prawo i do ich sprostowania, usunięcia, ograniczenia przetwarzania, prawo do przenoszenia danych, prawo wniesienia sprzeciwu, prawo do cofnięcia zgody w dowolnym momencie bez wpływu na zgodność z prawem przetwarzania.</w:t>
      </w:r>
    </w:p>
    <w:p w14:paraId="6D214464" w14:textId="7053B59E" w:rsidR="00295566" w:rsidRPr="00C536FE" w:rsidRDefault="00295566" w:rsidP="00295566">
      <w:pPr>
        <w:pStyle w:val="Akapitzlist"/>
        <w:numPr>
          <w:ilvl w:val="0"/>
          <w:numId w:val="11"/>
        </w:numPr>
        <w:ind w:left="360"/>
        <w:jc w:val="both"/>
        <w:rPr>
          <w:sz w:val="16"/>
          <w:szCs w:val="16"/>
          <w:lang w:val="pl-PL"/>
        </w:rPr>
      </w:pPr>
      <w:r w:rsidRPr="00C536FE">
        <w:rPr>
          <w:sz w:val="16"/>
          <w:szCs w:val="16"/>
          <w:lang w:val="pl-PL"/>
        </w:rPr>
        <w:t>Przysługuje Pani/Panu prawo wniesienia skargi do Prezesa Urzędu Ochrony Danych Osobowych, gdy uzna Pan/Pani, iż przetwarzanie danych osobowych dotyczących Pana/Pani narusza przepisy ogólnego rozporządzenia o ochronie danych osobowych z dnia 27 kwietnia 2016 r.</w:t>
      </w:r>
    </w:p>
    <w:p w14:paraId="3049A01F" w14:textId="566B5799" w:rsidR="00295566" w:rsidRDefault="00295566" w:rsidP="00295566">
      <w:pPr>
        <w:pStyle w:val="Akapitzlist"/>
        <w:numPr>
          <w:ilvl w:val="0"/>
          <w:numId w:val="11"/>
        </w:numPr>
        <w:ind w:left="360"/>
        <w:jc w:val="both"/>
        <w:rPr>
          <w:sz w:val="16"/>
          <w:szCs w:val="16"/>
          <w:lang w:val="pl-PL"/>
        </w:rPr>
      </w:pPr>
      <w:r w:rsidRPr="00C536FE">
        <w:rPr>
          <w:sz w:val="16"/>
          <w:szCs w:val="16"/>
          <w:lang w:val="pl-PL"/>
        </w:rPr>
        <w:t>Pani/Pana dane osobowe nie będą podlegały profilowaniu.</w:t>
      </w:r>
    </w:p>
    <w:p w14:paraId="5E50240C" w14:textId="4D137984" w:rsidR="00211138" w:rsidRPr="00295566" w:rsidRDefault="00295566" w:rsidP="00295566">
      <w:pPr>
        <w:pStyle w:val="Akapitzlist"/>
        <w:numPr>
          <w:ilvl w:val="0"/>
          <w:numId w:val="11"/>
        </w:numPr>
        <w:ind w:left="360"/>
        <w:jc w:val="both"/>
        <w:rPr>
          <w:sz w:val="16"/>
          <w:szCs w:val="16"/>
          <w:lang w:val="pl-PL"/>
        </w:rPr>
      </w:pPr>
      <w:r>
        <w:rPr>
          <w:sz w:val="16"/>
          <w:szCs w:val="16"/>
          <w:lang w:val="pl-PL"/>
        </w:rPr>
        <w:t>Adm</w:t>
      </w:r>
      <w:r w:rsidRPr="00295566">
        <w:rPr>
          <w:sz w:val="16"/>
          <w:szCs w:val="16"/>
          <w:lang w:val="pl-PL"/>
        </w:rPr>
        <w:t>inistrator nie przekazuje danych poza teren Europejskiego Obszaru Gospodarczego, z zastrzeżeniem ponadnarodowego charakteru przepływu danych w ramach serwisu Facebook. Serwis Facebook może przekazywać Państwa dane poza teren Europejskiego Obszaru Gospodarczego. Informacje na ten temat można uzyskać na https://www.facebook.com/policy.php</w:t>
      </w:r>
    </w:p>
    <w:sectPr w:rsidR="00211138" w:rsidRPr="00295566" w:rsidSect="00034616">
      <w:footerReference w:type="default" r:id="rId8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8B058" w14:textId="77777777" w:rsidR="00C94C10" w:rsidRDefault="00C94C10">
      <w:pPr>
        <w:spacing w:after="0" w:line="240" w:lineRule="auto"/>
      </w:pPr>
      <w:r>
        <w:separator/>
      </w:r>
    </w:p>
  </w:endnote>
  <w:endnote w:type="continuationSeparator" w:id="0">
    <w:p w14:paraId="60E06A0B" w14:textId="77777777" w:rsidR="00C94C10" w:rsidRDefault="00C94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83636" w14:textId="77777777" w:rsidR="00211138" w:rsidRPr="003702D3" w:rsidRDefault="00000000">
    <w:pPr>
      <w:pStyle w:val="Stopka"/>
      <w:jc w:val="center"/>
      <w:rPr>
        <w:lang w:val="pl-PL"/>
      </w:rPr>
    </w:pPr>
    <w:r w:rsidRPr="003702D3">
      <w:rPr>
        <w:lang w:val="pl-PL"/>
      </w:rPr>
      <w:t>XVI Festiwal Piosenki Żołnierskiej i Patriotycznej – Trzebinia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A64A2" w14:textId="77777777" w:rsidR="00C94C10" w:rsidRDefault="00C94C10">
      <w:pPr>
        <w:spacing w:after="0" w:line="240" w:lineRule="auto"/>
      </w:pPr>
      <w:r>
        <w:separator/>
      </w:r>
    </w:p>
  </w:footnote>
  <w:footnote w:type="continuationSeparator" w:id="0">
    <w:p w14:paraId="262E4E65" w14:textId="77777777" w:rsidR="00C94C10" w:rsidRDefault="00C94C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F54461"/>
    <w:multiLevelType w:val="hybridMultilevel"/>
    <w:tmpl w:val="DF181948"/>
    <w:lvl w:ilvl="0" w:tplc="0415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8F4AC4"/>
    <w:multiLevelType w:val="hybridMultilevel"/>
    <w:tmpl w:val="734C94B2"/>
    <w:lvl w:ilvl="0" w:tplc="F26A50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80399E"/>
    <w:multiLevelType w:val="hybridMultilevel"/>
    <w:tmpl w:val="1ECE0B18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9810160"/>
    <w:multiLevelType w:val="hybridMultilevel"/>
    <w:tmpl w:val="922639F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8A418DF"/>
    <w:multiLevelType w:val="hybridMultilevel"/>
    <w:tmpl w:val="634CCA80"/>
    <w:lvl w:ilvl="0" w:tplc="29A89B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CB1A50"/>
    <w:multiLevelType w:val="hybridMultilevel"/>
    <w:tmpl w:val="39C253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0817850">
    <w:abstractNumId w:val="8"/>
  </w:num>
  <w:num w:numId="2" w16cid:durableId="1685088278">
    <w:abstractNumId w:val="6"/>
  </w:num>
  <w:num w:numId="3" w16cid:durableId="127628676">
    <w:abstractNumId w:val="5"/>
  </w:num>
  <w:num w:numId="4" w16cid:durableId="1146433583">
    <w:abstractNumId w:val="4"/>
  </w:num>
  <w:num w:numId="5" w16cid:durableId="2058623312">
    <w:abstractNumId w:val="7"/>
  </w:num>
  <w:num w:numId="6" w16cid:durableId="974067948">
    <w:abstractNumId w:val="3"/>
  </w:num>
  <w:num w:numId="7" w16cid:durableId="752899090">
    <w:abstractNumId w:val="2"/>
  </w:num>
  <w:num w:numId="8" w16cid:durableId="1407147244">
    <w:abstractNumId w:val="1"/>
  </w:num>
  <w:num w:numId="9" w16cid:durableId="1155950084">
    <w:abstractNumId w:val="0"/>
  </w:num>
  <w:num w:numId="10" w16cid:durableId="1365397765">
    <w:abstractNumId w:val="14"/>
  </w:num>
  <w:num w:numId="11" w16cid:durableId="524294790">
    <w:abstractNumId w:val="10"/>
  </w:num>
  <w:num w:numId="12" w16cid:durableId="1695229171">
    <w:abstractNumId w:val="12"/>
  </w:num>
  <w:num w:numId="13" w16cid:durableId="1519811282">
    <w:abstractNumId w:val="9"/>
  </w:num>
  <w:num w:numId="14" w16cid:durableId="13120035">
    <w:abstractNumId w:val="13"/>
  </w:num>
  <w:num w:numId="15" w16cid:durableId="21301271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3847"/>
    <w:rsid w:val="001A3725"/>
    <w:rsid w:val="00211138"/>
    <w:rsid w:val="00295566"/>
    <w:rsid w:val="002960F9"/>
    <w:rsid w:val="0029639D"/>
    <w:rsid w:val="002E3AF3"/>
    <w:rsid w:val="002E58D2"/>
    <w:rsid w:val="00326F90"/>
    <w:rsid w:val="00345826"/>
    <w:rsid w:val="003537BF"/>
    <w:rsid w:val="00362255"/>
    <w:rsid w:val="003702D3"/>
    <w:rsid w:val="0037533D"/>
    <w:rsid w:val="00376E8B"/>
    <w:rsid w:val="003E1AEC"/>
    <w:rsid w:val="004D5691"/>
    <w:rsid w:val="00536CD1"/>
    <w:rsid w:val="00542E5A"/>
    <w:rsid w:val="00542FD8"/>
    <w:rsid w:val="00661951"/>
    <w:rsid w:val="006C54B0"/>
    <w:rsid w:val="00726C40"/>
    <w:rsid w:val="007305D8"/>
    <w:rsid w:val="0073692F"/>
    <w:rsid w:val="00856D1F"/>
    <w:rsid w:val="008A1D51"/>
    <w:rsid w:val="008F6F78"/>
    <w:rsid w:val="008F75DC"/>
    <w:rsid w:val="009775F1"/>
    <w:rsid w:val="00AA1D8D"/>
    <w:rsid w:val="00B205E1"/>
    <w:rsid w:val="00B47730"/>
    <w:rsid w:val="00B54B21"/>
    <w:rsid w:val="00BA74C4"/>
    <w:rsid w:val="00BB4518"/>
    <w:rsid w:val="00C86E7C"/>
    <w:rsid w:val="00C94C10"/>
    <w:rsid w:val="00CB0664"/>
    <w:rsid w:val="00EB1B49"/>
    <w:rsid w:val="00ED1C63"/>
    <w:rsid w:val="00EE62C1"/>
    <w:rsid w:val="00F01C77"/>
    <w:rsid w:val="00F248D5"/>
    <w:rsid w:val="00FB07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4A3937"/>
  <w14:defaultImageDpi w14:val="300"/>
  <w15:docId w15:val="{F33A32C7-C6DA-43BB-88DC-9BF844557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3702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02D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02D3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02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02D3"/>
    <w:rPr>
      <w:rFonts w:ascii="Arial" w:hAnsi="Arial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702D3"/>
    <w:pPr>
      <w:spacing w:after="0" w:line="240" w:lineRule="auto"/>
    </w:pPr>
    <w:rPr>
      <w:rFonts w:ascii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523</Words>
  <Characters>3143</Characters>
  <Application>Microsoft Office Word</Application>
  <DocSecurity>0</DocSecurity>
  <Lines>26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Piórko</dc:creator>
  <cp:keywords/>
  <dc:description>generated by python-docx</dc:description>
  <cp:lastModifiedBy>Joanna Piórko</cp:lastModifiedBy>
  <cp:revision>12</cp:revision>
  <dcterms:created xsi:type="dcterms:W3CDTF">2026-09-17T19:20:00Z</dcterms:created>
  <dcterms:modified xsi:type="dcterms:W3CDTF">2026-09-17T20:02:00Z</dcterms:modified>
  <cp:category/>
</cp:coreProperties>
</file>