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35B38" w14:textId="77777777" w:rsidR="00463D21" w:rsidRPr="002F7ED6" w:rsidRDefault="00463D21">
      <w:pPr>
        <w:rPr>
          <w:rFonts w:ascii="Times New Roman" w:hAnsi="Times New Roman" w:cs="Times New Roman"/>
        </w:rPr>
      </w:pPr>
    </w:p>
    <w:p w14:paraId="442F21F3" w14:textId="77777777" w:rsidR="00463D21" w:rsidRPr="002F7ED6" w:rsidRDefault="00463D21">
      <w:pPr>
        <w:rPr>
          <w:rFonts w:ascii="Times New Roman" w:hAnsi="Times New Roman" w:cs="Times New Roman"/>
        </w:rPr>
      </w:pPr>
    </w:p>
    <w:p w14:paraId="5F36405E" w14:textId="77777777" w:rsidR="00463D21" w:rsidRDefault="00463D21">
      <w:pPr>
        <w:rPr>
          <w:rFonts w:ascii="Times New Roman" w:hAnsi="Times New Roman" w:cs="Times New Roman"/>
        </w:rPr>
      </w:pPr>
    </w:p>
    <w:p w14:paraId="0B13BBA4" w14:textId="77777777" w:rsidR="002F7ED6" w:rsidRDefault="002F7ED6">
      <w:pPr>
        <w:rPr>
          <w:rFonts w:ascii="Times New Roman" w:hAnsi="Times New Roman" w:cs="Times New Roman"/>
        </w:rPr>
      </w:pPr>
    </w:p>
    <w:p w14:paraId="4C0C0217" w14:textId="77777777" w:rsidR="002F7ED6" w:rsidRPr="002F7ED6" w:rsidRDefault="002F7ED6">
      <w:pPr>
        <w:rPr>
          <w:rFonts w:ascii="Times New Roman" w:hAnsi="Times New Roman" w:cs="Times New Roman"/>
        </w:rPr>
      </w:pPr>
    </w:p>
    <w:p w14:paraId="3F502EDD" w14:textId="77777777" w:rsidR="00463D21" w:rsidRPr="00DC5F26" w:rsidRDefault="00463D21">
      <w:pPr>
        <w:rPr>
          <w:rFonts w:ascii="Times New Roman" w:hAnsi="Times New Roman" w:cs="Times New Roman"/>
        </w:rPr>
      </w:pPr>
    </w:p>
    <w:p w14:paraId="2CA888DE" w14:textId="77777777" w:rsidR="00D90EB6" w:rsidRPr="0076075A" w:rsidRDefault="008E48C1">
      <w:pPr>
        <w:jc w:val="center"/>
        <w:rPr>
          <w:rFonts w:ascii="Times New Roman" w:hAnsi="Times New Roman" w:cs="Times New Roman"/>
          <w:b/>
          <w:bCs/>
          <w:color w:val="0000FF"/>
          <w:sz w:val="40"/>
          <w:szCs w:val="24"/>
        </w:rPr>
      </w:pPr>
      <w:r w:rsidRPr="0076075A">
        <w:rPr>
          <w:rFonts w:ascii="Times New Roman" w:hAnsi="Times New Roman" w:cs="Times New Roman"/>
          <w:b/>
          <w:bCs/>
          <w:color w:val="0000FF"/>
          <w:sz w:val="40"/>
          <w:szCs w:val="24"/>
        </w:rPr>
        <w:t xml:space="preserve">REGULAMIN </w:t>
      </w:r>
    </w:p>
    <w:p w14:paraId="0222B087" w14:textId="7DCFCCB4" w:rsidR="00463D21" w:rsidRPr="0076075A" w:rsidRDefault="009F301D">
      <w:pPr>
        <w:jc w:val="center"/>
        <w:rPr>
          <w:rFonts w:ascii="Times New Roman" w:hAnsi="Times New Roman" w:cs="Times New Roman"/>
          <w:b/>
          <w:bCs/>
          <w:color w:val="0000FF"/>
          <w:sz w:val="40"/>
          <w:szCs w:val="24"/>
        </w:rPr>
      </w:pPr>
      <w:r>
        <w:rPr>
          <w:rFonts w:ascii="Times New Roman" w:hAnsi="Times New Roman" w:cs="Times New Roman"/>
          <w:b/>
          <w:bCs/>
          <w:color w:val="0000FF"/>
          <w:sz w:val="40"/>
          <w:szCs w:val="24"/>
        </w:rPr>
        <w:t>MAŁOPOLSKIEGO</w:t>
      </w:r>
      <w:r w:rsidR="008E48C1" w:rsidRPr="0076075A">
        <w:rPr>
          <w:rFonts w:ascii="Times New Roman" w:hAnsi="Times New Roman" w:cs="Times New Roman"/>
          <w:b/>
          <w:bCs/>
          <w:color w:val="0000FF"/>
          <w:sz w:val="40"/>
          <w:szCs w:val="24"/>
        </w:rPr>
        <w:t xml:space="preserve"> KONKURSU</w:t>
      </w:r>
    </w:p>
    <w:p w14:paraId="07DACF2A" w14:textId="77777777" w:rsidR="00463D21" w:rsidRPr="0076075A" w:rsidRDefault="008E48C1">
      <w:pPr>
        <w:jc w:val="center"/>
        <w:rPr>
          <w:rFonts w:ascii="Times New Roman" w:hAnsi="Times New Roman" w:cs="Times New Roman"/>
          <w:b/>
          <w:bCs/>
          <w:color w:val="0000FF"/>
          <w:sz w:val="40"/>
          <w:szCs w:val="24"/>
        </w:rPr>
      </w:pPr>
      <w:r w:rsidRPr="0076075A">
        <w:rPr>
          <w:rFonts w:ascii="Times New Roman" w:hAnsi="Times New Roman" w:cs="Times New Roman"/>
          <w:b/>
          <w:bCs/>
          <w:color w:val="0000FF"/>
          <w:sz w:val="40"/>
          <w:szCs w:val="24"/>
        </w:rPr>
        <w:t>pn. „ODBLASKOWA SZKOŁA” 2026</w:t>
      </w:r>
    </w:p>
    <w:p w14:paraId="66CDBFB5" w14:textId="77777777" w:rsidR="00463D21" w:rsidRPr="002F7ED6" w:rsidRDefault="00463D21">
      <w:pPr>
        <w:rPr>
          <w:rFonts w:ascii="Times New Roman" w:hAnsi="Times New Roman" w:cs="Times New Roman"/>
        </w:rPr>
      </w:pPr>
    </w:p>
    <w:p w14:paraId="0091C294" w14:textId="77777777" w:rsidR="004D138C" w:rsidRPr="002F7ED6" w:rsidRDefault="004D138C">
      <w:pPr>
        <w:rPr>
          <w:rFonts w:ascii="Times New Roman" w:hAnsi="Times New Roman" w:cs="Times New Roman"/>
        </w:rPr>
      </w:pPr>
    </w:p>
    <w:p w14:paraId="703DB1EB" w14:textId="77777777" w:rsidR="004D138C" w:rsidRPr="002F7ED6" w:rsidRDefault="004D138C">
      <w:pPr>
        <w:rPr>
          <w:rFonts w:ascii="Times New Roman" w:hAnsi="Times New Roman" w:cs="Times New Roman"/>
        </w:rPr>
      </w:pPr>
    </w:p>
    <w:p w14:paraId="5E35D56D" w14:textId="77777777" w:rsidR="004D138C" w:rsidRPr="002F7ED6" w:rsidRDefault="004D138C">
      <w:pPr>
        <w:rPr>
          <w:rFonts w:ascii="Times New Roman" w:hAnsi="Times New Roman" w:cs="Times New Roman"/>
        </w:rPr>
      </w:pPr>
    </w:p>
    <w:p w14:paraId="6B790762" w14:textId="77777777" w:rsidR="004D138C" w:rsidRPr="002F7ED6" w:rsidRDefault="004D138C">
      <w:pPr>
        <w:rPr>
          <w:rFonts w:ascii="Times New Roman" w:hAnsi="Times New Roman" w:cs="Times New Roman"/>
        </w:rPr>
      </w:pPr>
    </w:p>
    <w:p w14:paraId="029FC275" w14:textId="77777777" w:rsidR="004D138C" w:rsidRPr="002F7ED6" w:rsidRDefault="004D138C">
      <w:pPr>
        <w:rPr>
          <w:rFonts w:ascii="Times New Roman" w:hAnsi="Times New Roman" w:cs="Times New Roman"/>
        </w:rPr>
      </w:pPr>
    </w:p>
    <w:p w14:paraId="2ED8EF8B" w14:textId="77777777" w:rsidR="004D138C" w:rsidRPr="002F7ED6" w:rsidRDefault="004D138C">
      <w:pPr>
        <w:rPr>
          <w:rFonts w:ascii="Times New Roman" w:hAnsi="Times New Roman" w:cs="Times New Roman"/>
        </w:rPr>
      </w:pPr>
    </w:p>
    <w:p w14:paraId="7E405EFD" w14:textId="77777777" w:rsidR="00463D21" w:rsidRPr="002F7ED6" w:rsidRDefault="00463D21">
      <w:pPr>
        <w:rPr>
          <w:rFonts w:ascii="Times New Roman" w:hAnsi="Times New Roman" w:cs="Times New Roman"/>
        </w:rPr>
      </w:pPr>
    </w:p>
    <w:p w14:paraId="068900C2" w14:textId="77777777" w:rsidR="00463D21" w:rsidRDefault="00463D21">
      <w:pPr>
        <w:rPr>
          <w:rFonts w:ascii="Times New Roman" w:hAnsi="Times New Roman" w:cs="Times New Roman"/>
        </w:rPr>
      </w:pPr>
    </w:p>
    <w:p w14:paraId="5563FFEF" w14:textId="77777777" w:rsidR="00CE34F3" w:rsidRDefault="00CE34F3">
      <w:pPr>
        <w:rPr>
          <w:rFonts w:ascii="Times New Roman" w:hAnsi="Times New Roman" w:cs="Times New Roman"/>
        </w:rPr>
      </w:pPr>
    </w:p>
    <w:p w14:paraId="5504425C" w14:textId="77777777" w:rsidR="00CE34F3" w:rsidRDefault="00CE34F3">
      <w:pPr>
        <w:rPr>
          <w:rFonts w:ascii="Times New Roman" w:hAnsi="Times New Roman" w:cs="Times New Roman"/>
        </w:rPr>
      </w:pPr>
    </w:p>
    <w:p w14:paraId="0C9A52E9" w14:textId="398F74E5" w:rsidR="00CE34F3" w:rsidRDefault="00CE34F3">
      <w:pPr>
        <w:rPr>
          <w:rFonts w:ascii="Times New Roman" w:hAnsi="Times New Roman" w:cs="Times New Roman"/>
        </w:rPr>
      </w:pPr>
    </w:p>
    <w:p w14:paraId="4F845240" w14:textId="77777777" w:rsidR="008E48C1" w:rsidRPr="002F7ED6" w:rsidRDefault="008E48C1">
      <w:pPr>
        <w:rPr>
          <w:rFonts w:ascii="Times New Roman" w:hAnsi="Times New Roman" w:cs="Times New Roman"/>
        </w:rPr>
      </w:pPr>
    </w:p>
    <w:p w14:paraId="2010C308" w14:textId="18D24983" w:rsidR="006913A4" w:rsidRDefault="00F134C6" w:rsidP="00F134C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 xml:space="preserve">Kraków </w:t>
      </w:r>
      <w:r w:rsidR="008E48C1" w:rsidRPr="002F7ED6">
        <w:rPr>
          <w:rFonts w:ascii="Times New Roman" w:hAnsi="Times New Roman" w:cs="Times New Roman"/>
          <w:sz w:val="24"/>
        </w:rPr>
        <w:t>2026 r.</w:t>
      </w:r>
      <w:r w:rsidR="008E48C1" w:rsidRPr="002F7ED6">
        <w:rPr>
          <w:rFonts w:ascii="Times New Roman" w:hAnsi="Times New Roman" w:cs="Times New Roman"/>
        </w:rPr>
        <w:br w:type="page"/>
      </w:r>
    </w:p>
    <w:p w14:paraId="5032764F" w14:textId="77777777" w:rsidR="00EE17FB" w:rsidRDefault="00D90EB6" w:rsidP="00EE17FB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D90EB6">
        <w:rPr>
          <w:rFonts w:ascii="Times New Roman" w:hAnsi="Times New Roman" w:cs="Times New Roman"/>
          <w:sz w:val="24"/>
          <w:szCs w:val="24"/>
        </w:rPr>
        <w:lastRenderedPageBreak/>
        <w:t xml:space="preserve">Biuro Ruchu Drogowego Komendy Głównej Policji, koordynuje </w:t>
      </w:r>
      <w:bookmarkStart w:id="0" w:name="_Hlk232599519"/>
      <w:r w:rsidRPr="00D90EB6">
        <w:rPr>
          <w:rFonts w:ascii="Times New Roman" w:hAnsi="Times New Roman" w:cs="Times New Roman"/>
          <w:sz w:val="24"/>
          <w:szCs w:val="24"/>
        </w:rPr>
        <w:t>Ogólnopolski Konkurs</w:t>
      </w:r>
      <w:r w:rsidR="00323F9E">
        <w:rPr>
          <w:rFonts w:ascii="Times New Roman" w:hAnsi="Times New Roman" w:cs="Times New Roman"/>
          <w:sz w:val="24"/>
          <w:szCs w:val="24"/>
        </w:rPr>
        <w:t>,</w:t>
      </w:r>
      <w:r w:rsidRPr="00D90EB6">
        <w:rPr>
          <w:rFonts w:ascii="Times New Roman" w:hAnsi="Times New Roman" w:cs="Times New Roman"/>
          <w:sz w:val="24"/>
          <w:szCs w:val="24"/>
        </w:rPr>
        <w:t xml:space="preserve"> </w:t>
      </w:r>
      <w:r w:rsidR="00EE17FB">
        <w:rPr>
          <w:rFonts w:ascii="Times New Roman" w:hAnsi="Times New Roman" w:cs="Times New Roman"/>
          <w:sz w:val="24"/>
          <w:szCs w:val="24"/>
        </w:rPr>
        <w:br/>
      </w:r>
      <w:r w:rsidRPr="00D90EB6">
        <w:rPr>
          <w:rFonts w:ascii="Times New Roman" w:hAnsi="Times New Roman" w:cs="Times New Roman"/>
          <w:sz w:val="24"/>
          <w:szCs w:val="24"/>
        </w:rPr>
        <w:t>pn. „ODBLASKOWA SZKOŁA” 2026, adresowany do dyrektorów szkół podstawowych, samorządów lokalnych, dzieci oraz rodziców/opiekunów prawnych dzieci</w:t>
      </w:r>
      <w:bookmarkEnd w:id="0"/>
      <w:r w:rsidR="0012315E">
        <w:rPr>
          <w:rFonts w:ascii="Times New Roman" w:hAnsi="Times New Roman" w:cs="Times New Roman"/>
          <w:sz w:val="24"/>
          <w:szCs w:val="24"/>
        </w:rPr>
        <w:t>.</w:t>
      </w:r>
      <w:r w:rsidR="0012315E">
        <w:rPr>
          <w:rFonts w:ascii="Times New Roman" w:hAnsi="Times New Roman" w:cs="Times New Roman"/>
          <w:sz w:val="24"/>
          <w:szCs w:val="24"/>
        </w:rPr>
        <w:tab/>
      </w:r>
    </w:p>
    <w:p w14:paraId="72FE66AA" w14:textId="535A7474" w:rsidR="00480935" w:rsidRPr="0076075A" w:rsidRDefault="00480935" w:rsidP="00EE17FB">
      <w:pPr>
        <w:spacing w:before="240" w:after="240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76075A">
        <w:rPr>
          <w:rFonts w:ascii="Times New Roman" w:hAnsi="Times New Roman" w:cs="Times New Roman"/>
          <w:b/>
          <w:bCs/>
          <w:color w:val="0000FF"/>
          <w:sz w:val="24"/>
          <w:szCs w:val="24"/>
        </w:rPr>
        <w:t>I. Cele Konkursu</w:t>
      </w:r>
    </w:p>
    <w:p w14:paraId="27818EC7" w14:textId="17516AD5" w:rsidR="00480935" w:rsidRPr="00480935" w:rsidRDefault="00480935" w:rsidP="00480935">
      <w:pPr>
        <w:spacing w:before="80" w:after="8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</w:t>
      </w:r>
      <w:r w:rsidR="008E2F94" w:rsidRPr="00480935">
        <w:rPr>
          <w:rFonts w:ascii="Times New Roman" w:hAnsi="Times New Roman" w:cs="Times New Roman"/>
          <w:sz w:val="24"/>
          <w:szCs w:val="24"/>
        </w:rPr>
        <w:t>Ogólnopolski</w:t>
      </w:r>
      <w:r w:rsidR="008E2F94">
        <w:rPr>
          <w:rFonts w:ascii="Times New Roman" w:hAnsi="Times New Roman" w:cs="Times New Roman"/>
          <w:sz w:val="24"/>
          <w:szCs w:val="24"/>
        </w:rPr>
        <w:t>ego</w:t>
      </w:r>
      <w:r w:rsidR="008E2F94" w:rsidRPr="00480935">
        <w:rPr>
          <w:rFonts w:ascii="Times New Roman" w:hAnsi="Times New Roman" w:cs="Times New Roman"/>
          <w:sz w:val="24"/>
          <w:szCs w:val="24"/>
        </w:rPr>
        <w:t xml:space="preserve"> Konkurs pn. „Odblaskowa Szkoła” 2026, zwany</w:t>
      </w:r>
      <w:r w:rsidR="008E2F94">
        <w:rPr>
          <w:rFonts w:ascii="Times New Roman" w:hAnsi="Times New Roman" w:cs="Times New Roman"/>
          <w:sz w:val="24"/>
          <w:szCs w:val="24"/>
        </w:rPr>
        <w:t>m</w:t>
      </w:r>
      <w:r w:rsidR="008E2F94" w:rsidRPr="00480935">
        <w:rPr>
          <w:rFonts w:ascii="Times New Roman" w:hAnsi="Times New Roman" w:cs="Times New Roman"/>
          <w:sz w:val="24"/>
          <w:szCs w:val="24"/>
        </w:rPr>
        <w:t xml:space="preserve"> dalej „Konkursem”, </w:t>
      </w:r>
      <w:r w:rsidR="00EE17FB">
        <w:rPr>
          <w:rFonts w:ascii="Times New Roman" w:hAnsi="Times New Roman" w:cs="Times New Roman"/>
          <w:sz w:val="24"/>
          <w:szCs w:val="24"/>
        </w:rPr>
        <w:br/>
      </w: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 w:rsidR="007F2AED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</w:t>
      </w: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bezpieczeństwa dzieci jako uczestników ruchu drogowego poprzez: </w:t>
      </w:r>
    </w:p>
    <w:p w14:paraId="304F1DF1" w14:textId="77777777" w:rsidR="00480935" w:rsidRPr="00480935" w:rsidRDefault="00480935">
      <w:pPr>
        <w:numPr>
          <w:ilvl w:val="0"/>
          <w:numId w:val="7"/>
        </w:numPr>
        <w:spacing w:before="80" w:after="8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>zwiększenie aktywności dyrektorów szkół, nauczycieli, rodziców/opiekunów prawnych oraz samorządów lokalnych w zakresie wyposażania uczniów w elementy odblaskowe;</w:t>
      </w:r>
    </w:p>
    <w:p w14:paraId="1840234D" w14:textId="2CE1450A" w:rsidR="009D511C" w:rsidRPr="00480935" w:rsidRDefault="009D511C">
      <w:pPr>
        <w:numPr>
          <w:ilvl w:val="0"/>
          <w:numId w:val="4"/>
        </w:numPr>
        <w:spacing w:before="80" w:after="8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kształtowanie prawidłowych postaw i </w:t>
      </w:r>
      <w:proofErr w:type="spellStart"/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dzieci na drodze oraz odpowiedzialności </w:t>
      </w:r>
      <w:r w:rsidR="00EE17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>za bezpieczeństwo własne i innych uczestników ruchu;</w:t>
      </w:r>
    </w:p>
    <w:p w14:paraId="663C827C" w14:textId="37630090" w:rsidR="00480935" w:rsidRPr="00480935" w:rsidRDefault="00480935">
      <w:pPr>
        <w:numPr>
          <w:ilvl w:val="0"/>
          <w:numId w:val="4"/>
        </w:numPr>
        <w:spacing w:before="80" w:after="8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promowanie noszenia elementów odblaskowych jako stałego elementu ubioru, plecaka </w:t>
      </w:r>
      <w:r w:rsidR="00EE17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>lub tornistra, w szczególności w drodze do szkoły i ze szkoły;</w:t>
      </w:r>
    </w:p>
    <w:p w14:paraId="146EC455" w14:textId="77777777" w:rsidR="00480935" w:rsidRPr="00480935" w:rsidRDefault="00480935">
      <w:pPr>
        <w:numPr>
          <w:ilvl w:val="0"/>
          <w:numId w:val="4"/>
        </w:numPr>
        <w:spacing w:before="80" w:after="8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>popularyzowanie przepisów i zasad ruchu drogowego w formach dostosowanych do wieku uczniów;</w:t>
      </w:r>
    </w:p>
    <w:p w14:paraId="786EA33A" w14:textId="77777777" w:rsidR="00480935" w:rsidRPr="00480935" w:rsidRDefault="00480935">
      <w:pPr>
        <w:numPr>
          <w:ilvl w:val="0"/>
          <w:numId w:val="4"/>
        </w:numPr>
        <w:spacing w:before="80" w:after="8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zachęcanie szkół do wdrażania innowacyjnych, praktycznych i możliwych do powielenia rozwiązań edukacyjnych w zakresie bezpieczeństwa ruchu drogowego;</w:t>
      </w:r>
    </w:p>
    <w:p w14:paraId="4778EAAC" w14:textId="77777777" w:rsidR="00480935" w:rsidRPr="00480935" w:rsidRDefault="00480935">
      <w:pPr>
        <w:numPr>
          <w:ilvl w:val="0"/>
          <w:numId w:val="4"/>
        </w:numPr>
        <w:spacing w:before="80" w:after="8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t>promowanie współpracy szkół z Policją, samorządem, rodzicami, organizacjami społecznymi</w:t>
      </w:r>
      <w:r w:rsidRPr="0048093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innymi partnerami działającymi na rzecz bezpieczeństwa dzieci.</w:t>
      </w:r>
    </w:p>
    <w:p w14:paraId="0A67405B" w14:textId="77777777" w:rsidR="00CD37C9" w:rsidRPr="00D90EB6" w:rsidRDefault="00CD37C9" w:rsidP="00CD37C9">
      <w:pPr>
        <w:spacing w:before="80" w:after="80" w:line="259" w:lineRule="auto"/>
        <w:ind w:left="284"/>
        <w:contextualSpacing/>
        <w:jc w:val="both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72422089" w14:textId="680A519E" w:rsidR="00CD37C9" w:rsidRDefault="00D90EB6" w:rsidP="00CD37C9">
      <w:pPr>
        <w:spacing w:before="80" w:after="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90EB6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 celem Konkursu jest zachęcenie do współzawodnictwa dyrektorów szkół, uczniów szkół, ich rodziców</w:t>
      </w:r>
      <w:r w:rsidR="009D511C">
        <w:rPr>
          <w:rFonts w:ascii="Times New Roman" w:eastAsia="Times New Roman" w:hAnsi="Times New Roman" w:cs="Times New Roman"/>
          <w:sz w:val="24"/>
          <w:szCs w:val="24"/>
          <w:lang w:eastAsia="pl-PL"/>
        </w:rPr>
        <w:t>/opiekunów prawnych</w:t>
      </w:r>
      <w:r w:rsidR="00EE17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partnerów Konkursu</w:t>
      </w:r>
      <w:r w:rsidR="00F436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90E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wdrażania innowacyjnych rozwiązań edukacyjnych mających na celu szerzenie wiedzy o bezpieczeństwie w ruchu drogowym oraz propagowania </w:t>
      </w:r>
      <w:r w:rsidR="009D511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bezpiecznych </w:t>
      </w:r>
      <w:proofErr w:type="spellStart"/>
      <w:r w:rsidR="009D511C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zachowań</w:t>
      </w:r>
      <w:proofErr w:type="spellEnd"/>
      <w:r w:rsidRPr="00D90EB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tym zakresie. </w:t>
      </w:r>
    </w:p>
    <w:p w14:paraId="4611AE06" w14:textId="77777777" w:rsidR="003F4D27" w:rsidRDefault="003F4D27" w:rsidP="003F4D27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2A038318" w14:textId="1C16B5AD" w:rsidR="003F4D27" w:rsidRPr="0076075A" w:rsidRDefault="000872A3" w:rsidP="003F4D27">
      <w:pPr>
        <w:spacing w:after="0" w:line="240" w:lineRule="auto"/>
        <w:jc w:val="both"/>
        <w:rPr>
          <w:rFonts w:ascii="Times New Roman" w:hAnsi="Times New Roman"/>
          <w:b/>
          <w:color w:val="0000FF"/>
          <w:sz w:val="24"/>
        </w:rPr>
      </w:pPr>
      <w:r w:rsidRPr="0076075A">
        <w:rPr>
          <w:rFonts w:ascii="Times New Roman" w:hAnsi="Times New Roman"/>
          <w:b/>
          <w:color w:val="0000FF"/>
          <w:sz w:val="24"/>
        </w:rPr>
        <w:t>II Organizatorzy Konkursu</w:t>
      </w:r>
      <w:r w:rsidR="00E7644B">
        <w:rPr>
          <w:rFonts w:ascii="Times New Roman" w:hAnsi="Times New Roman"/>
          <w:b/>
          <w:color w:val="0000FF"/>
          <w:sz w:val="24"/>
        </w:rPr>
        <w:t xml:space="preserve"> Województwa Małopolskiego </w:t>
      </w:r>
    </w:p>
    <w:p w14:paraId="1BD55D50" w14:textId="77777777" w:rsidR="003F4D27" w:rsidRPr="00594B64" w:rsidRDefault="003F4D27" w:rsidP="003F4D27">
      <w:pPr>
        <w:spacing w:after="0" w:line="240" w:lineRule="auto"/>
        <w:jc w:val="both"/>
        <w:rPr>
          <w:rFonts w:ascii="Times New Roman" w:hAnsi="Times New Roman"/>
          <w:b/>
          <w:sz w:val="10"/>
        </w:rPr>
      </w:pPr>
    </w:p>
    <w:p w14:paraId="17CB502A" w14:textId="77777777" w:rsidR="0076075A" w:rsidRPr="0076075A" w:rsidRDefault="0076075A" w:rsidP="003F4D27">
      <w:pPr>
        <w:spacing w:after="0" w:line="240" w:lineRule="auto"/>
        <w:jc w:val="both"/>
        <w:rPr>
          <w:rFonts w:ascii="Times New Roman" w:hAnsi="Times New Roman"/>
          <w:sz w:val="10"/>
          <w:szCs w:val="8"/>
          <w:u w:val="single"/>
        </w:rPr>
      </w:pPr>
    </w:p>
    <w:p w14:paraId="60D88FC2" w14:textId="12B223AB" w:rsidR="003F4D27" w:rsidRPr="00594B64" w:rsidRDefault="003F4D27">
      <w:pPr>
        <w:numPr>
          <w:ilvl w:val="1"/>
          <w:numId w:val="23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  <w:r w:rsidRPr="00594B64">
        <w:rPr>
          <w:rFonts w:ascii="Times New Roman" w:hAnsi="Times New Roman"/>
          <w:sz w:val="24"/>
        </w:rPr>
        <w:t>Wydział Ruchu Drogowego Komendy Wojewódzkiej Policji w Krakowie</w:t>
      </w:r>
      <w:r w:rsidR="00E7644B">
        <w:rPr>
          <w:rFonts w:ascii="Times New Roman" w:hAnsi="Times New Roman"/>
          <w:sz w:val="24"/>
        </w:rPr>
        <w:t>,</w:t>
      </w:r>
    </w:p>
    <w:p w14:paraId="6F0FFDF5" w14:textId="77777777" w:rsidR="003F4D27" w:rsidRPr="00594B64" w:rsidRDefault="003F4D27">
      <w:pPr>
        <w:numPr>
          <w:ilvl w:val="1"/>
          <w:numId w:val="23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  <w:r w:rsidRPr="00594B64">
        <w:rPr>
          <w:rFonts w:ascii="Times New Roman" w:hAnsi="Times New Roman"/>
          <w:sz w:val="24"/>
        </w:rPr>
        <w:t xml:space="preserve">Małopolska Wojewódzka Rada Bezpieczeństwa Ruchu Drogowego,                           </w:t>
      </w:r>
    </w:p>
    <w:p w14:paraId="538EA334" w14:textId="5214D565" w:rsidR="003F4D27" w:rsidRDefault="003F4D27">
      <w:pPr>
        <w:numPr>
          <w:ilvl w:val="1"/>
          <w:numId w:val="23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  <w:r w:rsidRPr="00594B64">
        <w:rPr>
          <w:rFonts w:ascii="Times New Roman" w:hAnsi="Times New Roman"/>
          <w:sz w:val="24"/>
        </w:rPr>
        <w:t>Kuratorium Oświaty w Krakowie</w:t>
      </w:r>
      <w:r w:rsidR="003B516F">
        <w:rPr>
          <w:rFonts w:ascii="Times New Roman" w:hAnsi="Times New Roman"/>
          <w:sz w:val="24"/>
        </w:rPr>
        <w:t>,</w:t>
      </w:r>
    </w:p>
    <w:p w14:paraId="5DAB7568" w14:textId="57C424D3" w:rsidR="003B516F" w:rsidRPr="00F37028" w:rsidRDefault="003B516F">
      <w:pPr>
        <w:numPr>
          <w:ilvl w:val="1"/>
          <w:numId w:val="23"/>
        </w:numPr>
        <w:tabs>
          <w:tab w:val="clear" w:pos="1440"/>
          <w:tab w:val="num" w:pos="720"/>
        </w:tabs>
        <w:spacing w:after="0" w:line="240" w:lineRule="auto"/>
        <w:ind w:left="720"/>
        <w:jc w:val="both"/>
        <w:rPr>
          <w:rFonts w:ascii="Times New Roman" w:hAnsi="Times New Roman"/>
          <w:sz w:val="24"/>
        </w:rPr>
      </w:pPr>
      <w:r w:rsidRPr="00F37028">
        <w:rPr>
          <w:rFonts w:ascii="Times New Roman" w:hAnsi="Times New Roman"/>
          <w:sz w:val="24"/>
        </w:rPr>
        <w:t xml:space="preserve">Małopolski Ośrodek Ruchu </w:t>
      </w:r>
      <w:r w:rsidR="002919E7" w:rsidRPr="00F37028">
        <w:rPr>
          <w:rFonts w:ascii="Times New Roman" w:hAnsi="Times New Roman"/>
          <w:sz w:val="24"/>
        </w:rPr>
        <w:t>Drogowego w Krakowie.</w:t>
      </w:r>
    </w:p>
    <w:p w14:paraId="5F01B6A3" w14:textId="77777777" w:rsidR="003F4D27" w:rsidRPr="00594B64" w:rsidRDefault="003F4D27" w:rsidP="003F4D27">
      <w:pPr>
        <w:spacing w:after="0" w:line="240" w:lineRule="auto"/>
        <w:jc w:val="both"/>
        <w:rPr>
          <w:rFonts w:ascii="Times New Roman" w:hAnsi="Times New Roman"/>
          <w:sz w:val="10"/>
        </w:rPr>
      </w:pPr>
    </w:p>
    <w:p w14:paraId="5FC863EE" w14:textId="411C871B" w:rsidR="003F4D27" w:rsidRPr="00594B64" w:rsidRDefault="003F4D27" w:rsidP="003F4D27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94B64">
        <w:rPr>
          <w:rFonts w:ascii="Times New Roman" w:hAnsi="Times New Roman"/>
          <w:sz w:val="24"/>
          <w:u w:val="single"/>
        </w:rPr>
        <w:t>Partner</w:t>
      </w:r>
      <w:r w:rsidR="007E402D">
        <w:rPr>
          <w:rFonts w:ascii="Times New Roman" w:hAnsi="Times New Roman"/>
          <w:sz w:val="24"/>
          <w:u w:val="single"/>
        </w:rPr>
        <w:t xml:space="preserve">em </w:t>
      </w:r>
      <w:r w:rsidRPr="00594B64">
        <w:rPr>
          <w:rFonts w:ascii="Times New Roman" w:hAnsi="Times New Roman"/>
          <w:sz w:val="24"/>
          <w:u w:val="single"/>
        </w:rPr>
        <w:t xml:space="preserve">konkursu </w:t>
      </w:r>
      <w:r w:rsidR="007E402D">
        <w:rPr>
          <w:rFonts w:ascii="Times New Roman" w:hAnsi="Times New Roman"/>
          <w:sz w:val="24"/>
          <w:u w:val="single"/>
        </w:rPr>
        <w:t>jest</w:t>
      </w:r>
      <w:r w:rsidRPr="00594B64">
        <w:rPr>
          <w:rFonts w:ascii="Times New Roman" w:hAnsi="Times New Roman"/>
          <w:sz w:val="24"/>
          <w:u w:val="single"/>
        </w:rPr>
        <w:t>:</w:t>
      </w:r>
    </w:p>
    <w:p w14:paraId="25AE7DB3" w14:textId="0892BD65" w:rsidR="003F4D27" w:rsidRPr="0076075A" w:rsidRDefault="003F4D27" w:rsidP="0076075A">
      <w:pPr>
        <w:pStyle w:val="Akapitzlist"/>
        <w:numPr>
          <w:ilvl w:val="0"/>
          <w:numId w:val="27"/>
        </w:numPr>
        <w:tabs>
          <w:tab w:val="num" w:pos="720"/>
        </w:tabs>
        <w:spacing w:before="100" w:beforeAutospacing="1" w:after="0" w:line="240" w:lineRule="auto"/>
        <w:jc w:val="both"/>
        <w:rPr>
          <w:rFonts w:ascii="Times New Roman" w:hAnsi="Times New Roman"/>
          <w:sz w:val="24"/>
        </w:rPr>
      </w:pPr>
      <w:r w:rsidRPr="0076075A">
        <w:rPr>
          <w:rFonts w:ascii="Times New Roman" w:hAnsi="Times New Roman"/>
          <w:sz w:val="24"/>
        </w:rPr>
        <w:t>Krajowe Centrum Bezpieczeństwa Ruchu Drogowego</w:t>
      </w:r>
      <w:r w:rsidR="0076075A" w:rsidRPr="0076075A">
        <w:rPr>
          <w:rFonts w:ascii="Times New Roman" w:hAnsi="Times New Roman"/>
          <w:sz w:val="24"/>
        </w:rPr>
        <w:t>.</w:t>
      </w:r>
    </w:p>
    <w:p w14:paraId="302A9F86" w14:textId="77777777" w:rsidR="003F4D27" w:rsidRPr="00594B64" w:rsidRDefault="003F4D27" w:rsidP="003F4D27">
      <w:pPr>
        <w:spacing w:after="0" w:line="240" w:lineRule="auto"/>
        <w:jc w:val="both"/>
        <w:rPr>
          <w:rFonts w:ascii="Times New Roman" w:hAnsi="Times New Roman"/>
          <w:sz w:val="10"/>
        </w:rPr>
      </w:pPr>
    </w:p>
    <w:p w14:paraId="08EAD299" w14:textId="77777777" w:rsidR="003F4D27" w:rsidRDefault="003F4D27" w:rsidP="003F4D27">
      <w:pPr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594B64">
        <w:rPr>
          <w:rFonts w:ascii="Times New Roman" w:hAnsi="Times New Roman"/>
          <w:sz w:val="24"/>
        </w:rPr>
        <w:t xml:space="preserve"> </w:t>
      </w:r>
      <w:r w:rsidRPr="00594B64">
        <w:rPr>
          <w:rFonts w:ascii="Times New Roman" w:hAnsi="Times New Roman"/>
          <w:sz w:val="24"/>
          <w:u w:val="single"/>
        </w:rPr>
        <w:t>Patronat honorowy objęli:</w:t>
      </w:r>
    </w:p>
    <w:p w14:paraId="52E7FAC2" w14:textId="77777777" w:rsidR="0076075A" w:rsidRPr="0076075A" w:rsidRDefault="0076075A" w:rsidP="003F4D27">
      <w:pPr>
        <w:spacing w:after="0" w:line="240" w:lineRule="auto"/>
        <w:jc w:val="both"/>
        <w:rPr>
          <w:rFonts w:ascii="Times New Roman" w:hAnsi="Times New Roman"/>
          <w:sz w:val="10"/>
          <w:szCs w:val="8"/>
        </w:rPr>
      </w:pPr>
    </w:p>
    <w:p w14:paraId="339DDF5F" w14:textId="0C0038F8" w:rsidR="003F4D27" w:rsidRPr="00594B64" w:rsidRDefault="003F4D27">
      <w:pPr>
        <w:numPr>
          <w:ilvl w:val="0"/>
          <w:numId w:val="24"/>
        </w:numPr>
        <w:tabs>
          <w:tab w:val="clear" w:pos="1428"/>
          <w:tab w:val="num" w:pos="360"/>
          <w:tab w:val="num" w:pos="720"/>
        </w:tabs>
        <w:spacing w:after="0" w:line="240" w:lineRule="auto"/>
        <w:ind w:hanging="1068"/>
        <w:jc w:val="both"/>
        <w:rPr>
          <w:rFonts w:ascii="Times New Roman" w:hAnsi="Times New Roman"/>
          <w:sz w:val="24"/>
        </w:rPr>
      </w:pPr>
      <w:r w:rsidRPr="00594B64">
        <w:rPr>
          <w:rFonts w:ascii="Times New Roman" w:hAnsi="Times New Roman"/>
          <w:sz w:val="24"/>
        </w:rPr>
        <w:t>Wojewoda Małopolski –</w:t>
      </w:r>
      <w:r w:rsidR="0076075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Krzysztof Jan </w:t>
      </w:r>
      <w:proofErr w:type="spellStart"/>
      <w:r>
        <w:rPr>
          <w:rFonts w:ascii="Times New Roman" w:hAnsi="Times New Roman"/>
          <w:sz w:val="24"/>
        </w:rPr>
        <w:t>Kl</w:t>
      </w:r>
      <w:r w:rsidR="0076075A">
        <w:rPr>
          <w:rFonts w:ascii="Times New Roman" w:hAnsi="Times New Roman"/>
          <w:sz w:val="24"/>
        </w:rPr>
        <w:t>ę</w:t>
      </w:r>
      <w:r>
        <w:rPr>
          <w:rFonts w:ascii="Times New Roman" w:hAnsi="Times New Roman"/>
          <w:sz w:val="24"/>
        </w:rPr>
        <w:t>czar</w:t>
      </w:r>
      <w:proofErr w:type="spellEnd"/>
      <w:r w:rsidR="009051AC">
        <w:rPr>
          <w:rFonts w:ascii="Times New Roman" w:hAnsi="Times New Roman"/>
          <w:sz w:val="24"/>
        </w:rPr>
        <w:t>,</w:t>
      </w:r>
    </w:p>
    <w:p w14:paraId="4A8F044C" w14:textId="77777777" w:rsidR="003F4D27" w:rsidRPr="000F5F31" w:rsidRDefault="003F4D27">
      <w:pPr>
        <w:numPr>
          <w:ilvl w:val="0"/>
          <w:numId w:val="24"/>
        </w:numPr>
        <w:tabs>
          <w:tab w:val="clear" w:pos="1428"/>
          <w:tab w:val="num" w:pos="360"/>
          <w:tab w:val="num" w:pos="720"/>
        </w:tabs>
        <w:spacing w:after="0" w:line="240" w:lineRule="auto"/>
        <w:ind w:hanging="106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</w:t>
      </w:r>
      <w:r w:rsidRPr="00594B64">
        <w:rPr>
          <w:rFonts w:ascii="Times New Roman" w:hAnsi="Times New Roman"/>
          <w:sz w:val="24"/>
        </w:rPr>
        <w:t>arszałek Województwa Małopolskiego – Łukasz Smółka</w:t>
      </w:r>
      <w:r w:rsidRPr="000F5F31">
        <w:rPr>
          <w:rFonts w:ascii="Times New Roman" w:hAnsi="Times New Roman"/>
          <w:sz w:val="24"/>
        </w:rPr>
        <w:t>,</w:t>
      </w:r>
    </w:p>
    <w:p w14:paraId="6BA4A7B5" w14:textId="3539E9D4" w:rsidR="003F4D27" w:rsidRPr="00594B64" w:rsidRDefault="003F4D27">
      <w:pPr>
        <w:numPr>
          <w:ilvl w:val="0"/>
          <w:numId w:val="24"/>
        </w:numPr>
        <w:tabs>
          <w:tab w:val="clear" w:pos="1428"/>
          <w:tab w:val="num" w:pos="360"/>
          <w:tab w:val="num" w:pos="720"/>
        </w:tabs>
        <w:spacing w:after="0" w:line="240" w:lineRule="auto"/>
        <w:ind w:hanging="1068"/>
        <w:jc w:val="both"/>
        <w:rPr>
          <w:rFonts w:ascii="Times New Roman" w:hAnsi="Times New Roman"/>
          <w:sz w:val="24"/>
        </w:rPr>
      </w:pPr>
      <w:r w:rsidRPr="00594B64">
        <w:rPr>
          <w:rFonts w:ascii="Times New Roman" w:hAnsi="Times New Roman"/>
          <w:sz w:val="24"/>
        </w:rPr>
        <w:t xml:space="preserve">Komendant Wojewódzki Policji w Krakowie – </w:t>
      </w:r>
      <w:proofErr w:type="spellStart"/>
      <w:r w:rsidR="00E7644B">
        <w:rPr>
          <w:rFonts w:ascii="Times New Roman" w:hAnsi="Times New Roman"/>
          <w:sz w:val="24"/>
        </w:rPr>
        <w:t>nad</w:t>
      </w:r>
      <w:r w:rsidRPr="00594B64">
        <w:rPr>
          <w:rFonts w:ascii="Times New Roman" w:hAnsi="Times New Roman"/>
          <w:sz w:val="24"/>
        </w:rPr>
        <w:t>insp</w:t>
      </w:r>
      <w:proofErr w:type="spellEnd"/>
      <w:r w:rsidRPr="00594B64"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Artur Bednarek</w:t>
      </w:r>
      <w:r w:rsidRPr="00594B64">
        <w:rPr>
          <w:rFonts w:ascii="Times New Roman" w:hAnsi="Times New Roman"/>
          <w:sz w:val="24"/>
        </w:rPr>
        <w:t>,</w:t>
      </w:r>
    </w:p>
    <w:p w14:paraId="26C2AB43" w14:textId="77777777" w:rsidR="003F4D27" w:rsidRDefault="003F4D27">
      <w:pPr>
        <w:numPr>
          <w:ilvl w:val="0"/>
          <w:numId w:val="24"/>
        </w:numPr>
        <w:tabs>
          <w:tab w:val="clear" w:pos="1428"/>
          <w:tab w:val="num" w:pos="360"/>
          <w:tab w:val="num" w:pos="720"/>
        </w:tabs>
        <w:spacing w:after="0" w:line="240" w:lineRule="auto"/>
        <w:ind w:hanging="1068"/>
        <w:jc w:val="both"/>
        <w:rPr>
          <w:rFonts w:ascii="Times New Roman" w:hAnsi="Times New Roman"/>
          <w:sz w:val="24"/>
        </w:rPr>
      </w:pPr>
      <w:r w:rsidRPr="00594B64">
        <w:rPr>
          <w:rFonts w:ascii="Times New Roman" w:hAnsi="Times New Roman"/>
          <w:sz w:val="24"/>
        </w:rPr>
        <w:t xml:space="preserve">Małopolski Kurator Oświaty – </w:t>
      </w:r>
      <w:r>
        <w:rPr>
          <w:rFonts w:ascii="Times New Roman" w:hAnsi="Times New Roman"/>
          <w:sz w:val="24"/>
        </w:rPr>
        <w:t>dr Gabriela Olszowska</w:t>
      </w:r>
      <w:r w:rsidRPr="00594B64">
        <w:rPr>
          <w:rFonts w:ascii="Times New Roman" w:hAnsi="Times New Roman"/>
          <w:sz w:val="24"/>
        </w:rPr>
        <w:t>.</w:t>
      </w:r>
    </w:p>
    <w:p w14:paraId="3F6DF938" w14:textId="77777777" w:rsidR="003F4D27" w:rsidRDefault="003F4D27" w:rsidP="003F4D27">
      <w:pPr>
        <w:tabs>
          <w:tab w:val="num" w:pos="360"/>
          <w:tab w:val="num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</w:p>
    <w:p w14:paraId="5C9A75DA" w14:textId="247E7FCE" w:rsidR="003F4D27" w:rsidRPr="00A473FB" w:rsidRDefault="003F4D27" w:rsidP="003F4D27">
      <w:pPr>
        <w:tabs>
          <w:tab w:val="num" w:pos="360"/>
          <w:tab w:val="num" w:pos="720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A473FB">
        <w:rPr>
          <w:rFonts w:ascii="Times New Roman" w:hAnsi="Times New Roman"/>
          <w:sz w:val="24"/>
          <w:u w:val="single"/>
        </w:rPr>
        <w:t>Patronat medialny objęli:</w:t>
      </w:r>
    </w:p>
    <w:p w14:paraId="3E9F04DF" w14:textId="31E8610A" w:rsidR="003F4D27" w:rsidRDefault="003F4D27">
      <w:pPr>
        <w:pStyle w:val="Akapitzlist"/>
        <w:numPr>
          <w:ilvl w:val="0"/>
          <w:numId w:val="26"/>
        </w:numPr>
        <w:tabs>
          <w:tab w:val="num" w:pos="360"/>
          <w:tab w:val="num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TVP 3 Kraków</w:t>
      </w:r>
      <w:r w:rsidR="0076075A">
        <w:rPr>
          <w:rFonts w:ascii="Times New Roman" w:hAnsi="Times New Roman"/>
          <w:sz w:val="24"/>
        </w:rPr>
        <w:t>,</w:t>
      </w:r>
      <w:r w:rsidR="006701A4">
        <w:rPr>
          <w:rFonts w:ascii="Times New Roman" w:hAnsi="Times New Roman"/>
          <w:sz w:val="24"/>
        </w:rPr>
        <w:t xml:space="preserve"> TVP Info</w:t>
      </w:r>
      <w:r w:rsidR="00D62752">
        <w:rPr>
          <w:rFonts w:ascii="Times New Roman" w:hAnsi="Times New Roman"/>
          <w:sz w:val="24"/>
        </w:rPr>
        <w:t>,</w:t>
      </w:r>
    </w:p>
    <w:p w14:paraId="45F15872" w14:textId="29F86331" w:rsidR="003F4D27" w:rsidRPr="003F4D27" w:rsidRDefault="003F4D27">
      <w:pPr>
        <w:pStyle w:val="Akapitzlist"/>
        <w:numPr>
          <w:ilvl w:val="0"/>
          <w:numId w:val="26"/>
        </w:numPr>
        <w:tabs>
          <w:tab w:val="num" w:pos="360"/>
          <w:tab w:val="num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Radio Kraków</w:t>
      </w:r>
      <w:r w:rsidR="0076075A">
        <w:rPr>
          <w:rFonts w:ascii="Times New Roman" w:hAnsi="Times New Roman"/>
          <w:sz w:val="24"/>
        </w:rPr>
        <w:t>.</w:t>
      </w:r>
    </w:p>
    <w:p w14:paraId="15310162" w14:textId="77777777" w:rsidR="003F4D27" w:rsidRPr="00594B64" w:rsidRDefault="003F4D27" w:rsidP="003F4D27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40ED07D" w14:textId="5D9978C8" w:rsidR="003F4D27" w:rsidRPr="00594B64" w:rsidRDefault="0076075A" w:rsidP="0076075A">
      <w:pPr>
        <w:spacing w:after="0" w:line="240" w:lineRule="auto"/>
        <w:ind w:left="360" w:hanging="36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="003F4D27" w:rsidRPr="0076075A">
        <w:rPr>
          <w:rFonts w:ascii="Times New Roman" w:hAnsi="Times New Roman"/>
          <w:sz w:val="24"/>
        </w:rPr>
        <w:t>Sekretariat organizatorów konkursu</w:t>
      </w:r>
      <w:r w:rsidR="003F4D27" w:rsidRPr="00594B64">
        <w:rPr>
          <w:rFonts w:ascii="Times New Roman" w:hAnsi="Times New Roman"/>
          <w:sz w:val="24"/>
        </w:rPr>
        <w:t xml:space="preserve"> zlokalizowany został w Wydziale Ruchu Drogowego Komendy</w:t>
      </w:r>
      <w:r>
        <w:rPr>
          <w:rFonts w:ascii="Times New Roman" w:hAnsi="Times New Roman"/>
          <w:sz w:val="24"/>
        </w:rPr>
        <w:t xml:space="preserve"> </w:t>
      </w:r>
      <w:r w:rsidR="003F4D27" w:rsidRPr="00594B64">
        <w:rPr>
          <w:rFonts w:ascii="Times New Roman" w:hAnsi="Times New Roman"/>
          <w:sz w:val="24"/>
        </w:rPr>
        <w:t>Wojewódzkiej Policji w Krakowie, ul. Mogilska 109, 31-571 Kraków tel. 47-83-54-19</w:t>
      </w:r>
      <w:r w:rsidR="003F4D27">
        <w:rPr>
          <w:rFonts w:ascii="Times New Roman" w:hAnsi="Times New Roman"/>
          <w:sz w:val="24"/>
        </w:rPr>
        <w:t>5</w:t>
      </w:r>
      <w:r w:rsidR="003F4D27" w:rsidRPr="00594B64">
        <w:rPr>
          <w:rFonts w:ascii="Times New Roman" w:hAnsi="Times New Roman"/>
          <w:sz w:val="24"/>
        </w:rPr>
        <w:t xml:space="preserve">, fax. 47-83-54-177, email: </w:t>
      </w:r>
      <w:hyperlink r:id="rId8" w:history="1">
        <w:r w:rsidR="003F4D27" w:rsidRPr="002B658F">
          <w:rPr>
            <w:rStyle w:val="Hipercze"/>
            <w:rFonts w:ascii="Times New Roman" w:hAnsi="Times New Roman"/>
            <w:sz w:val="24"/>
          </w:rPr>
          <w:t>sekretariat.wrd@malopolska.policja.gov.pl</w:t>
        </w:r>
      </w:hyperlink>
      <w:r w:rsidR="003F4D27">
        <w:rPr>
          <w:rFonts w:ascii="Times New Roman" w:hAnsi="Times New Roman"/>
          <w:sz w:val="24"/>
        </w:rPr>
        <w:t xml:space="preserve"> </w:t>
      </w:r>
    </w:p>
    <w:p w14:paraId="1761149E" w14:textId="77777777" w:rsidR="003F4D27" w:rsidRPr="00594B64" w:rsidRDefault="003F4D27" w:rsidP="003F4D27">
      <w:pPr>
        <w:spacing w:after="120"/>
        <w:jc w:val="both"/>
        <w:rPr>
          <w:rFonts w:ascii="Times New Roman" w:eastAsia="Times New Roman" w:hAnsi="Times New Roman"/>
          <w:sz w:val="28"/>
          <w:szCs w:val="24"/>
          <w:lang w:eastAsia="pl-PL"/>
        </w:rPr>
      </w:pPr>
    </w:p>
    <w:p w14:paraId="5BF7ADA5" w14:textId="6AD0D870" w:rsidR="00463D21" w:rsidRPr="000872A3" w:rsidRDefault="008E48C1" w:rsidP="00EE17FB">
      <w:pPr>
        <w:spacing w:before="240" w:after="240"/>
        <w:jc w:val="both"/>
        <w:rPr>
          <w:rFonts w:ascii="Times New Roman" w:hAnsi="Times New Roman" w:cs="Times New Roman"/>
          <w:b/>
          <w:bCs/>
          <w:color w:val="1808EA"/>
          <w:sz w:val="24"/>
          <w:szCs w:val="24"/>
        </w:rPr>
      </w:pPr>
      <w:r w:rsidRPr="000872A3">
        <w:rPr>
          <w:rFonts w:ascii="Times New Roman" w:hAnsi="Times New Roman" w:cs="Times New Roman"/>
          <w:b/>
          <w:bCs/>
          <w:color w:val="1808EA"/>
          <w:sz w:val="24"/>
          <w:szCs w:val="24"/>
        </w:rPr>
        <w:t>Postanowienia ogólne</w:t>
      </w:r>
    </w:p>
    <w:p w14:paraId="2B412A27" w14:textId="49A430F0" w:rsidR="00AD1EF1" w:rsidRDefault="008E48C1">
      <w:pPr>
        <w:pStyle w:val="Listanumerowana"/>
        <w:numPr>
          <w:ilvl w:val="0"/>
          <w:numId w:val="21"/>
        </w:numPr>
        <w:spacing w:before="80" w:after="80"/>
        <w:jc w:val="both"/>
        <w:rPr>
          <w:rFonts w:ascii="Times New Roman" w:hAnsi="Times New Roman" w:cs="Times New Roman"/>
          <w:sz w:val="24"/>
          <w:szCs w:val="24"/>
        </w:rPr>
      </w:pPr>
      <w:r w:rsidRPr="00480935">
        <w:rPr>
          <w:rFonts w:ascii="Times New Roman" w:hAnsi="Times New Roman" w:cs="Times New Roman"/>
          <w:sz w:val="24"/>
          <w:szCs w:val="24"/>
        </w:rPr>
        <w:t xml:space="preserve">Konkurs jest przedsięwzięciem edukacyjno-profilaktycznym z zakresu bezpieczeństwa w ruchu drogowym, adresowanym </w:t>
      </w:r>
      <w:r w:rsidR="00AD1EF1" w:rsidRPr="00D90EB6">
        <w:rPr>
          <w:rFonts w:ascii="Times New Roman" w:hAnsi="Times New Roman" w:cs="Times New Roman"/>
          <w:sz w:val="24"/>
          <w:szCs w:val="24"/>
        </w:rPr>
        <w:t>do dyrektorów szkół podstawowych, samorządów lokalnych, dzieci oraz rodziców/opiekunów prawnych dzieci</w:t>
      </w:r>
      <w:r w:rsidR="00AD1EF1">
        <w:rPr>
          <w:rFonts w:ascii="Times New Roman" w:hAnsi="Times New Roman" w:cs="Times New Roman"/>
          <w:sz w:val="24"/>
          <w:szCs w:val="24"/>
        </w:rPr>
        <w:t>.</w:t>
      </w:r>
    </w:p>
    <w:p w14:paraId="0E3B824D" w14:textId="3E6B074F" w:rsidR="00CE34F3" w:rsidRPr="00480935" w:rsidRDefault="008E48C1" w:rsidP="00480935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Koordynatorem Konkursu </w:t>
      </w:r>
      <w:r w:rsidR="00050F48">
        <w:rPr>
          <w:rFonts w:ascii="Times New Roman" w:hAnsi="Times New Roman" w:cs="Times New Roman"/>
          <w:sz w:val="24"/>
          <w:szCs w:val="24"/>
        </w:rPr>
        <w:t>oraz organiz</w:t>
      </w:r>
      <w:r w:rsidR="009D511C">
        <w:rPr>
          <w:rFonts w:ascii="Times New Roman" w:hAnsi="Times New Roman" w:cs="Times New Roman"/>
          <w:sz w:val="24"/>
          <w:szCs w:val="24"/>
        </w:rPr>
        <w:t>atorem</w:t>
      </w:r>
      <w:r w:rsidR="00050F48">
        <w:rPr>
          <w:rFonts w:ascii="Times New Roman" w:hAnsi="Times New Roman" w:cs="Times New Roman"/>
          <w:sz w:val="24"/>
          <w:szCs w:val="24"/>
        </w:rPr>
        <w:t xml:space="preserve"> </w:t>
      </w:r>
      <w:r w:rsidR="00471AFB">
        <w:rPr>
          <w:rFonts w:ascii="Times New Roman" w:hAnsi="Times New Roman" w:cs="Times New Roman"/>
          <w:sz w:val="24"/>
          <w:szCs w:val="24"/>
        </w:rPr>
        <w:t>Gali</w:t>
      </w:r>
      <w:r w:rsidR="00050F48">
        <w:rPr>
          <w:rFonts w:ascii="Times New Roman" w:hAnsi="Times New Roman" w:cs="Times New Roman"/>
          <w:sz w:val="24"/>
          <w:szCs w:val="24"/>
        </w:rPr>
        <w:t xml:space="preserve"> </w:t>
      </w:r>
      <w:r w:rsidR="00471AFB">
        <w:rPr>
          <w:rFonts w:ascii="Times New Roman" w:hAnsi="Times New Roman" w:cs="Times New Roman"/>
          <w:sz w:val="24"/>
          <w:szCs w:val="24"/>
        </w:rPr>
        <w:t>Finałowej</w:t>
      </w:r>
      <w:r w:rsidR="009D511C" w:rsidRPr="009D511C">
        <w:rPr>
          <w:rFonts w:ascii="Times New Roman" w:hAnsi="Times New Roman" w:cs="Times New Roman"/>
          <w:sz w:val="24"/>
          <w:szCs w:val="24"/>
        </w:rPr>
        <w:t xml:space="preserve"> </w:t>
      </w:r>
      <w:r w:rsidR="009D511C" w:rsidRPr="002F7ED6">
        <w:rPr>
          <w:rFonts w:ascii="Times New Roman" w:hAnsi="Times New Roman" w:cs="Times New Roman"/>
          <w:sz w:val="24"/>
          <w:szCs w:val="24"/>
        </w:rPr>
        <w:t>jest Biuro Ruchu Drogowego Komendy Głównej Policji</w:t>
      </w:r>
      <w:r w:rsidR="00050F48">
        <w:rPr>
          <w:rFonts w:ascii="Times New Roman" w:hAnsi="Times New Roman" w:cs="Times New Roman"/>
          <w:sz w:val="24"/>
          <w:szCs w:val="24"/>
        </w:rPr>
        <w:t>.</w:t>
      </w:r>
    </w:p>
    <w:p w14:paraId="1B580310" w14:textId="05128244" w:rsidR="00463D21" w:rsidRPr="002F7ED6" w:rsidRDefault="00F37028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Koordynatorami</w:t>
      </w:r>
      <w:r w:rsidR="008E48C1" w:rsidRPr="002F7ED6">
        <w:rPr>
          <w:rFonts w:ascii="Times New Roman" w:hAnsi="Times New Roman" w:cs="Times New Roman"/>
          <w:sz w:val="24"/>
          <w:szCs w:val="24"/>
        </w:rPr>
        <w:t xml:space="preserve"> Konkursu na </w:t>
      </w:r>
      <w:r w:rsidR="00050F48">
        <w:rPr>
          <w:rFonts w:ascii="Times New Roman" w:hAnsi="Times New Roman" w:cs="Times New Roman"/>
          <w:sz w:val="24"/>
          <w:szCs w:val="24"/>
        </w:rPr>
        <w:t>etapie</w:t>
      </w:r>
      <w:r w:rsidR="008E48C1" w:rsidRPr="002F7ED6">
        <w:rPr>
          <w:rFonts w:ascii="Times New Roman" w:hAnsi="Times New Roman" w:cs="Times New Roman"/>
          <w:sz w:val="24"/>
          <w:szCs w:val="24"/>
        </w:rPr>
        <w:t xml:space="preserve"> wojewódzkim są właściwe terytorialnie </w:t>
      </w:r>
      <w:r w:rsidR="00C66356">
        <w:rPr>
          <w:rFonts w:ascii="Times New Roman" w:hAnsi="Times New Roman" w:cs="Times New Roman"/>
          <w:sz w:val="24"/>
          <w:szCs w:val="24"/>
        </w:rPr>
        <w:t>k</w:t>
      </w:r>
      <w:r w:rsidR="008E48C1" w:rsidRPr="002F7ED6">
        <w:rPr>
          <w:rFonts w:ascii="Times New Roman" w:hAnsi="Times New Roman" w:cs="Times New Roman"/>
          <w:sz w:val="24"/>
          <w:szCs w:val="24"/>
        </w:rPr>
        <w:t xml:space="preserve">omendy </w:t>
      </w:r>
      <w:r w:rsidR="00C66356">
        <w:rPr>
          <w:rFonts w:ascii="Times New Roman" w:hAnsi="Times New Roman" w:cs="Times New Roman"/>
          <w:sz w:val="24"/>
          <w:szCs w:val="24"/>
        </w:rPr>
        <w:t>w</w:t>
      </w:r>
      <w:r w:rsidR="008E48C1" w:rsidRPr="002F7ED6">
        <w:rPr>
          <w:rFonts w:ascii="Times New Roman" w:hAnsi="Times New Roman" w:cs="Times New Roman"/>
          <w:sz w:val="24"/>
          <w:szCs w:val="24"/>
        </w:rPr>
        <w:t>ojewódzkie Policji oraz Komenda Stołeczna Policj</w:t>
      </w:r>
      <w:r w:rsidR="00B37DB8">
        <w:rPr>
          <w:rFonts w:ascii="Times New Roman" w:hAnsi="Times New Roman" w:cs="Times New Roman"/>
          <w:sz w:val="24"/>
          <w:szCs w:val="24"/>
        </w:rPr>
        <w:t>i.</w:t>
      </w:r>
    </w:p>
    <w:p w14:paraId="1A7A2FD7" w14:textId="53CA517D" w:rsidR="00463D21" w:rsidRPr="002F7ED6" w:rsidRDefault="00C66356" w:rsidP="00C8701C">
      <w:pPr>
        <w:pStyle w:val="Listanumerowana"/>
        <w:tabs>
          <w:tab w:val="left" w:pos="963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Komendant wojewódzki/Stołeczny Policji </w:t>
      </w:r>
      <w:r w:rsidRPr="002F7ED6">
        <w:rPr>
          <w:rFonts w:ascii="Times New Roman" w:hAnsi="Times New Roman" w:cs="Times New Roman"/>
          <w:sz w:val="24"/>
          <w:szCs w:val="24"/>
        </w:rPr>
        <w:t>przygotowuje i ogłasza własny regulamin, sporządzony na podstawie niniejszego regulaminu</w:t>
      </w:r>
      <w:r>
        <w:rPr>
          <w:rFonts w:ascii="Times New Roman" w:hAnsi="Times New Roman" w:cs="Times New Roman"/>
          <w:sz w:val="24"/>
          <w:szCs w:val="24"/>
        </w:rPr>
        <w:t xml:space="preserve">, który </w:t>
      </w:r>
      <w:r w:rsidRPr="002F7ED6">
        <w:rPr>
          <w:rFonts w:ascii="Times New Roman" w:hAnsi="Times New Roman" w:cs="Times New Roman"/>
          <w:sz w:val="24"/>
          <w:szCs w:val="24"/>
        </w:rPr>
        <w:t xml:space="preserve">określa sprawy lokalne, w tym adresy do doręczeń, sposób przekazywania dokumentacji, harmonogram lokalny, zasady </w:t>
      </w:r>
      <w:r w:rsidR="00480935">
        <w:rPr>
          <w:rFonts w:ascii="Times New Roman" w:hAnsi="Times New Roman" w:cs="Times New Roman"/>
          <w:sz w:val="24"/>
          <w:szCs w:val="24"/>
        </w:rPr>
        <w:t xml:space="preserve">organizacji </w:t>
      </w:r>
      <w:r w:rsidR="008A685B">
        <w:rPr>
          <w:rFonts w:ascii="Times New Roman" w:hAnsi="Times New Roman" w:cs="Times New Roman"/>
          <w:sz w:val="24"/>
          <w:szCs w:val="24"/>
        </w:rPr>
        <w:t>g</w:t>
      </w:r>
      <w:r w:rsidR="00471AFB">
        <w:rPr>
          <w:rFonts w:ascii="Times New Roman" w:hAnsi="Times New Roman" w:cs="Times New Roman"/>
          <w:sz w:val="24"/>
          <w:szCs w:val="24"/>
        </w:rPr>
        <w:t>ali</w:t>
      </w:r>
      <w:r w:rsidRPr="002F7ED6">
        <w:rPr>
          <w:rFonts w:ascii="Times New Roman" w:hAnsi="Times New Roman" w:cs="Times New Roman"/>
          <w:sz w:val="24"/>
          <w:szCs w:val="24"/>
        </w:rPr>
        <w:t xml:space="preserve"> wojewódzkiej oraz nagrody wojewódzkie, jeżeli zostały przewidziane.</w:t>
      </w:r>
    </w:p>
    <w:p w14:paraId="5C8A1954" w14:textId="4A2630FD" w:rsidR="00463D21" w:rsidRPr="002F7ED6" w:rsidRDefault="00050F48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Etap </w:t>
      </w:r>
      <w:r w:rsidRPr="002F7ED6">
        <w:rPr>
          <w:rFonts w:ascii="Times New Roman" w:hAnsi="Times New Roman" w:cs="Times New Roman"/>
          <w:sz w:val="24"/>
          <w:szCs w:val="24"/>
        </w:rPr>
        <w:t>szkolny</w:t>
      </w:r>
      <w:r w:rsidR="007F2AED">
        <w:rPr>
          <w:rFonts w:ascii="Times New Roman" w:hAnsi="Times New Roman" w:cs="Times New Roman"/>
          <w:sz w:val="24"/>
          <w:szCs w:val="24"/>
        </w:rPr>
        <w:t>,</w:t>
      </w:r>
      <w:r w:rsidRPr="002F7E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etap</w:t>
      </w:r>
      <w:r w:rsidRPr="002F7ED6">
        <w:rPr>
          <w:rFonts w:ascii="Times New Roman" w:hAnsi="Times New Roman" w:cs="Times New Roman"/>
          <w:sz w:val="24"/>
          <w:szCs w:val="24"/>
        </w:rPr>
        <w:t xml:space="preserve"> </w:t>
      </w:r>
      <w:r w:rsidR="00B37DB8">
        <w:rPr>
          <w:rFonts w:ascii="Times New Roman" w:hAnsi="Times New Roman" w:cs="Times New Roman"/>
          <w:sz w:val="24"/>
          <w:szCs w:val="24"/>
        </w:rPr>
        <w:t>komendy wojewódzkiej/Stołecznej Policji</w:t>
      </w:r>
      <w:r w:rsidRPr="002F7ED6">
        <w:rPr>
          <w:rFonts w:ascii="Times New Roman" w:hAnsi="Times New Roman" w:cs="Times New Roman"/>
          <w:sz w:val="24"/>
          <w:szCs w:val="24"/>
        </w:rPr>
        <w:t xml:space="preserve"> są samodzielne organizacyjnie. </w:t>
      </w:r>
    </w:p>
    <w:p w14:paraId="38FA9DA2" w14:textId="5AAC82FA" w:rsidR="00463D21" w:rsidRPr="002F7ED6" w:rsidRDefault="00050F48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Etap </w:t>
      </w:r>
      <w:r w:rsidRPr="002F7ED6">
        <w:rPr>
          <w:rFonts w:ascii="Times New Roman" w:hAnsi="Times New Roman" w:cs="Times New Roman"/>
          <w:sz w:val="24"/>
          <w:szCs w:val="24"/>
        </w:rPr>
        <w:t>ogólnopolski obejmuje wyłącznie ocenę</w:t>
      </w:r>
      <w:r w:rsidR="007F2AED">
        <w:rPr>
          <w:rFonts w:ascii="Times New Roman" w:hAnsi="Times New Roman" w:cs="Times New Roman"/>
          <w:sz w:val="24"/>
          <w:szCs w:val="24"/>
        </w:rPr>
        <w:t xml:space="preserve"> materiałów, przez </w:t>
      </w:r>
      <w:r w:rsidR="009D511C">
        <w:rPr>
          <w:rFonts w:ascii="Times New Roman" w:hAnsi="Times New Roman" w:cs="Times New Roman"/>
          <w:sz w:val="24"/>
          <w:szCs w:val="24"/>
        </w:rPr>
        <w:t>k</w:t>
      </w:r>
      <w:r w:rsidR="007F2AED">
        <w:rPr>
          <w:rFonts w:ascii="Times New Roman" w:hAnsi="Times New Roman" w:cs="Times New Roman"/>
          <w:sz w:val="24"/>
          <w:szCs w:val="24"/>
        </w:rPr>
        <w:t xml:space="preserve">omisję </w:t>
      </w:r>
      <w:r w:rsidR="009D511C">
        <w:rPr>
          <w:rFonts w:ascii="Times New Roman" w:hAnsi="Times New Roman" w:cs="Times New Roman"/>
          <w:sz w:val="24"/>
          <w:szCs w:val="24"/>
        </w:rPr>
        <w:t>k</w:t>
      </w:r>
      <w:r w:rsidR="007F2AED">
        <w:rPr>
          <w:rFonts w:ascii="Times New Roman" w:hAnsi="Times New Roman" w:cs="Times New Roman"/>
          <w:sz w:val="24"/>
          <w:szCs w:val="24"/>
        </w:rPr>
        <w:t>onkursową Komendanta Głównego Policji,</w:t>
      </w:r>
      <w:r w:rsidRPr="002F7ED6">
        <w:rPr>
          <w:rFonts w:ascii="Times New Roman" w:hAnsi="Times New Roman" w:cs="Times New Roman"/>
          <w:sz w:val="24"/>
          <w:szCs w:val="24"/>
        </w:rPr>
        <w:t xml:space="preserve"> laureatów wojewódzkich/</w:t>
      </w:r>
      <w:r w:rsidR="009D511C">
        <w:rPr>
          <w:rFonts w:ascii="Times New Roman" w:hAnsi="Times New Roman" w:cs="Times New Roman"/>
          <w:sz w:val="24"/>
          <w:szCs w:val="24"/>
        </w:rPr>
        <w:t>S</w:t>
      </w:r>
      <w:r w:rsidRPr="002F7ED6">
        <w:rPr>
          <w:rFonts w:ascii="Times New Roman" w:hAnsi="Times New Roman" w:cs="Times New Roman"/>
          <w:sz w:val="24"/>
          <w:szCs w:val="24"/>
        </w:rPr>
        <w:t xml:space="preserve">tołecznego </w:t>
      </w:r>
      <w:r w:rsidR="007F2AED">
        <w:rPr>
          <w:rFonts w:ascii="Times New Roman" w:hAnsi="Times New Roman" w:cs="Times New Roman"/>
          <w:sz w:val="24"/>
          <w:szCs w:val="24"/>
        </w:rPr>
        <w:t xml:space="preserve">wyłonionych </w:t>
      </w:r>
      <w:r w:rsidRPr="002F7ED6">
        <w:rPr>
          <w:rFonts w:ascii="Times New Roman" w:hAnsi="Times New Roman" w:cs="Times New Roman"/>
          <w:sz w:val="24"/>
          <w:szCs w:val="24"/>
        </w:rPr>
        <w:t xml:space="preserve">przez </w:t>
      </w:r>
      <w:r w:rsidR="00B37DB8">
        <w:rPr>
          <w:rFonts w:ascii="Times New Roman" w:hAnsi="Times New Roman" w:cs="Times New Roman"/>
          <w:sz w:val="24"/>
          <w:szCs w:val="24"/>
        </w:rPr>
        <w:t>komendy wojewódzkie/Stołeczn</w:t>
      </w:r>
      <w:r w:rsidR="009D511C">
        <w:rPr>
          <w:rFonts w:ascii="Times New Roman" w:hAnsi="Times New Roman" w:cs="Times New Roman"/>
          <w:sz w:val="24"/>
          <w:szCs w:val="24"/>
        </w:rPr>
        <w:t>ą</w:t>
      </w:r>
      <w:r w:rsidR="00B37DB8">
        <w:rPr>
          <w:rFonts w:ascii="Times New Roman" w:hAnsi="Times New Roman" w:cs="Times New Roman"/>
          <w:sz w:val="24"/>
          <w:szCs w:val="24"/>
        </w:rPr>
        <w:t xml:space="preserve"> Policji</w:t>
      </w:r>
      <w:r w:rsidRPr="002F7ED6">
        <w:rPr>
          <w:rFonts w:ascii="Times New Roman" w:hAnsi="Times New Roman" w:cs="Times New Roman"/>
          <w:sz w:val="24"/>
          <w:szCs w:val="24"/>
        </w:rPr>
        <w:t xml:space="preserve"> oraz organizację </w:t>
      </w:r>
      <w:r w:rsidR="00471AFB">
        <w:rPr>
          <w:rFonts w:ascii="Times New Roman" w:hAnsi="Times New Roman" w:cs="Times New Roman"/>
          <w:sz w:val="24"/>
          <w:szCs w:val="24"/>
        </w:rPr>
        <w:t>Gali</w:t>
      </w:r>
      <w:r w:rsidRPr="002F7ED6">
        <w:rPr>
          <w:rFonts w:ascii="Times New Roman" w:hAnsi="Times New Roman" w:cs="Times New Roman"/>
          <w:sz w:val="24"/>
          <w:szCs w:val="24"/>
        </w:rPr>
        <w:t xml:space="preserve"> </w:t>
      </w:r>
      <w:r w:rsidR="00471AFB">
        <w:rPr>
          <w:rFonts w:ascii="Times New Roman" w:hAnsi="Times New Roman" w:cs="Times New Roman"/>
          <w:sz w:val="24"/>
          <w:szCs w:val="24"/>
        </w:rPr>
        <w:t>Finałowej</w:t>
      </w:r>
      <w:r w:rsidR="00F43668">
        <w:rPr>
          <w:rFonts w:ascii="Times New Roman" w:hAnsi="Times New Roman" w:cs="Times New Roman"/>
          <w:sz w:val="24"/>
          <w:szCs w:val="24"/>
        </w:rPr>
        <w:t>.</w:t>
      </w:r>
    </w:p>
    <w:p w14:paraId="017E1BD5" w14:textId="742D3CE4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Konkurs nie jest konkursem przedmiotowym w rozumieniu przepisów oświatowych i nie powoduje uprawnień właściwych laureat</w:t>
      </w:r>
      <w:r w:rsidR="009D511C">
        <w:rPr>
          <w:rFonts w:ascii="Times New Roman" w:hAnsi="Times New Roman" w:cs="Times New Roman"/>
          <w:sz w:val="24"/>
          <w:szCs w:val="24"/>
        </w:rPr>
        <w:t>ów</w:t>
      </w:r>
      <w:r w:rsidRPr="002F7ED6">
        <w:rPr>
          <w:rFonts w:ascii="Times New Roman" w:hAnsi="Times New Roman" w:cs="Times New Roman"/>
          <w:sz w:val="24"/>
          <w:szCs w:val="24"/>
        </w:rPr>
        <w:t xml:space="preserve"> i finalist</w:t>
      </w:r>
      <w:r w:rsidR="009D511C">
        <w:rPr>
          <w:rFonts w:ascii="Times New Roman" w:hAnsi="Times New Roman" w:cs="Times New Roman"/>
          <w:sz w:val="24"/>
          <w:szCs w:val="24"/>
        </w:rPr>
        <w:t>ów poszczególnych etapów</w:t>
      </w:r>
      <w:r w:rsidR="00F43668">
        <w:rPr>
          <w:rFonts w:ascii="Times New Roman" w:hAnsi="Times New Roman" w:cs="Times New Roman"/>
          <w:sz w:val="24"/>
          <w:szCs w:val="24"/>
        </w:rPr>
        <w:t>.</w:t>
      </w:r>
      <w:r w:rsidRPr="002F7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FE74E5" w14:textId="33433CA9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Udział w Konkursie jest dobrowolny i bezpłatny. Warunkiem udziału szkoły jest terminowe złożenie zgłoszenia </w:t>
      </w:r>
      <w:r w:rsidR="00A231AC">
        <w:rPr>
          <w:rFonts w:ascii="Times New Roman" w:hAnsi="Times New Roman" w:cs="Times New Roman"/>
          <w:sz w:val="24"/>
          <w:szCs w:val="24"/>
        </w:rPr>
        <w:t xml:space="preserve">przez dyrektora </w:t>
      </w:r>
      <w:r w:rsidRPr="002F7ED6">
        <w:rPr>
          <w:rFonts w:ascii="Times New Roman" w:hAnsi="Times New Roman" w:cs="Times New Roman"/>
          <w:sz w:val="24"/>
          <w:szCs w:val="24"/>
        </w:rPr>
        <w:t xml:space="preserve">oraz dokumentów wymaganych przez regulamin </w:t>
      </w:r>
      <w:r w:rsidR="00B37DB8">
        <w:rPr>
          <w:rFonts w:ascii="Times New Roman" w:hAnsi="Times New Roman" w:cs="Times New Roman"/>
          <w:sz w:val="24"/>
          <w:szCs w:val="24"/>
        </w:rPr>
        <w:t>komendy wojewódzkiej/Stołecznej Policji</w:t>
      </w:r>
      <w:r w:rsidRPr="002F7ED6">
        <w:rPr>
          <w:rFonts w:ascii="Times New Roman" w:hAnsi="Times New Roman" w:cs="Times New Roman"/>
          <w:sz w:val="24"/>
          <w:szCs w:val="24"/>
        </w:rPr>
        <w:t>.</w:t>
      </w:r>
    </w:p>
    <w:p w14:paraId="62D9B39F" w14:textId="5FB824FB" w:rsidR="00CD37C9" w:rsidRPr="000474EB" w:rsidRDefault="008E48C1" w:rsidP="000474EB">
      <w:pPr>
        <w:pStyle w:val="Listanumerowana"/>
        <w:ind w:left="357" w:hanging="357"/>
        <w:contextualSpacing w:val="0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CD37C9">
        <w:rPr>
          <w:rFonts w:ascii="Times New Roman" w:hAnsi="Times New Roman" w:cs="Times New Roman"/>
          <w:sz w:val="24"/>
          <w:szCs w:val="24"/>
        </w:rPr>
        <w:t xml:space="preserve">Ilekroć w regulaminie </w:t>
      </w:r>
      <w:r w:rsidR="00C8402D">
        <w:rPr>
          <w:rFonts w:ascii="Times New Roman" w:hAnsi="Times New Roman" w:cs="Times New Roman"/>
          <w:sz w:val="24"/>
          <w:szCs w:val="24"/>
        </w:rPr>
        <w:t xml:space="preserve">jest </w:t>
      </w:r>
      <w:r w:rsidRPr="00CD37C9">
        <w:rPr>
          <w:rFonts w:ascii="Times New Roman" w:hAnsi="Times New Roman" w:cs="Times New Roman"/>
          <w:sz w:val="24"/>
          <w:szCs w:val="24"/>
        </w:rPr>
        <w:t>mowa o „szkole”, rozumie się przez to szkołę podstawową zgłoszoną do Konkursu przez dyrektora szkoły.</w:t>
      </w:r>
    </w:p>
    <w:p w14:paraId="1CFC4387" w14:textId="470DDB5B" w:rsidR="00CD37C9" w:rsidRPr="000872A3" w:rsidRDefault="008E48C1" w:rsidP="000474EB">
      <w:pPr>
        <w:pStyle w:val="Listanumerowana"/>
        <w:numPr>
          <w:ilvl w:val="0"/>
          <w:numId w:val="0"/>
        </w:numPr>
        <w:spacing w:before="240" w:after="240"/>
        <w:contextualSpacing w:val="0"/>
        <w:jc w:val="both"/>
        <w:rPr>
          <w:rFonts w:ascii="Times New Roman" w:hAnsi="Times New Roman" w:cs="Times New Roman"/>
          <w:b/>
          <w:bCs/>
          <w:color w:val="1808EA"/>
          <w:sz w:val="24"/>
          <w:szCs w:val="24"/>
        </w:rPr>
      </w:pPr>
      <w:r w:rsidRPr="000872A3">
        <w:rPr>
          <w:rFonts w:ascii="Times New Roman" w:hAnsi="Times New Roman" w:cs="Times New Roman"/>
          <w:b/>
          <w:bCs/>
          <w:color w:val="1808EA"/>
          <w:sz w:val="24"/>
          <w:szCs w:val="24"/>
        </w:rPr>
        <w:t>III. Uczestnicy Konkursu</w:t>
      </w:r>
      <w:r w:rsidR="00E7644B">
        <w:rPr>
          <w:rFonts w:ascii="Times New Roman" w:hAnsi="Times New Roman" w:cs="Times New Roman"/>
          <w:b/>
          <w:bCs/>
          <w:color w:val="1808EA"/>
          <w:sz w:val="24"/>
          <w:szCs w:val="24"/>
        </w:rPr>
        <w:t xml:space="preserve"> – informacje ogólne</w:t>
      </w:r>
    </w:p>
    <w:p w14:paraId="32B535BF" w14:textId="166B40B6" w:rsidR="00463D21" w:rsidRDefault="008E48C1">
      <w:pPr>
        <w:pStyle w:val="Listanumerowan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Uczestnikiem Konkursu może być każda szkoła działająca na podstawie przepisów prawa oświatowego, której dyrektor zgłosi szkołę do właściwej miejscowo </w:t>
      </w:r>
      <w:r w:rsidR="00B37DB8">
        <w:rPr>
          <w:rFonts w:ascii="Times New Roman" w:hAnsi="Times New Roman" w:cs="Times New Roman"/>
          <w:sz w:val="24"/>
          <w:szCs w:val="24"/>
        </w:rPr>
        <w:t>komendy wojewódzkiej/Stołecznej Policji</w:t>
      </w:r>
      <w:r w:rsidRPr="002F7ED6">
        <w:rPr>
          <w:rFonts w:ascii="Times New Roman" w:hAnsi="Times New Roman" w:cs="Times New Roman"/>
          <w:sz w:val="24"/>
          <w:szCs w:val="24"/>
        </w:rPr>
        <w:t xml:space="preserve"> w terminie</w:t>
      </w:r>
      <w:r w:rsidR="00B37DB8">
        <w:rPr>
          <w:rFonts w:ascii="Times New Roman" w:hAnsi="Times New Roman" w:cs="Times New Roman"/>
          <w:sz w:val="24"/>
          <w:szCs w:val="24"/>
        </w:rPr>
        <w:t xml:space="preserve"> </w:t>
      </w:r>
      <w:r w:rsidRPr="002F7ED6">
        <w:rPr>
          <w:rFonts w:ascii="Times New Roman" w:hAnsi="Times New Roman" w:cs="Times New Roman"/>
          <w:sz w:val="24"/>
          <w:szCs w:val="24"/>
        </w:rPr>
        <w:t xml:space="preserve">i trybie określonym w </w:t>
      </w:r>
      <w:r w:rsidR="00CC1947">
        <w:rPr>
          <w:rFonts w:ascii="Times New Roman" w:hAnsi="Times New Roman" w:cs="Times New Roman"/>
          <w:sz w:val="24"/>
          <w:szCs w:val="24"/>
        </w:rPr>
        <w:t>R</w:t>
      </w:r>
      <w:r w:rsidRPr="002F7ED6">
        <w:rPr>
          <w:rFonts w:ascii="Times New Roman" w:hAnsi="Times New Roman" w:cs="Times New Roman"/>
          <w:sz w:val="24"/>
          <w:szCs w:val="24"/>
        </w:rPr>
        <w:t>egulaminie.</w:t>
      </w:r>
    </w:p>
    <w:p w14:paraId="2CC88F5A" w14:textId="0A1CEE95" w:rsidR="007D1BE7" w:rsidRPr="009B7F85" w:rsidRDefault="007D1BE7">
      <w:pPr>
        <w:pStyle w:val="Listanumerowan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B7F85">
        <w:rPr>
          <w:rFonts w:ascii="Times New Roman" w:hAnsi="Times New Roman" w:cs="Times New Roman"/>
          <w:sz w:val="24"/>
          <w:szCs w:val="24"/>
        </w:rPr>
        <w:t>Laureatem Konkurs</w:t>
      </w:r>
      <w:r w:rsidR="009B7F85" w:rsidRPr="009B7F85">
        <w:rPr>
          <w:rFonts w:ascii="Times New Roman" w:hAnsi="Times New Roman" w:cs="Times New Roman"/>
          <w:sz w:val="24"/>
          <w:szCs w:val="24"/>
        </w:rPr>
        <w:t>u jest</w:t>
      </w:r>
      <w:r w:rsidRPr="009B7F85">
        <w:rPr>
          <w:rFonts w:ascii="Times New Roman" w:hAnsi="Times New Roman" w:cs="Times New Roman"/>
          <w:sz w:val="24"/>
          <w:szCs w:val="24"/>
        </w:rPr>
        <w:t xml:space="preserve"> szkoła wyłoniona przez właściwą </w:t>
      </w:r>
      <w:r w:rsidR="00C8402D">
        <w:rPr>
          <w:rFonts w:ascii="Times New Roman" w:hAnsi="Times New Roman" w:cs="Times New Roman"/>
          <w:sz w:val="24"/>
          <w:szCs w:val="24"/>
        </w:rPr>
        <w:t>k</w:t>
      </w:r>
      <w:r w:rsidRPr="009B7F85">
        <w:rPr>
          <w:rFonts w:ascii="Times New Roman" w:hAnsi="Times New Roman" w:cs="Times New Roman"/>
          <w:sz w:val="24"/>
          <w:szCs w:val="24"/>
        </w:rPr>
        <w:t xml:space="preserve">omisję </w:t>
      </w:r>
      <w:r w:rsidR="00C8402D">
        <w:rPr>
          <w:rFonts w:ascii="Times New Roman" w:hAnsi="Times New Roman" w:cs="Times New Roman"/>
          <w:sz w:val="24"/>
          <w:szCs w:val="24"/>
        </w:rPr>
        <w:t>k</w:t>
      </w:r>
      <w:r w:rsidRPr="009B7F85">
        <w:rPr>
          <w:rFonts w:ascii="Times New Roman" w:hAnsi="Times New Roman" w:cs="Times New Roman"/>
          <w:sz w:val="24"/>
          <w:szCs w:val="24"/>
        </w:rPr>
        <w:t xml:space="preserve">onkursową jako zwycięzca danego </w:t>
      </w:r>
      <w:r w:rsidR="00050F48">
        <w:rPr>
          <w:rFonts w:ascii="Times New Roman" w:hAnsi="Times New Roman" w:cs="Times New Roman"/>
          <w:sz w:val="24"/>
          <w:szCs w:val="24"/>
        </w:rPr>
        <w:t>etapu</w:t>
      </w:r>
      <w:r w:rsidRPr="009B7F85">
        <w:rPr>
          <w:rFonts w:ascii="Times New Roman" w:hAnsi="Times New Roman" w:cs="Times New Roman"/>
          <w:sz w:val="24"/>
          <w:szCs w:val="24"/>
        </w:rPr>
        <w:t xml:space="preserve"> Konkursu: wojewódzkiego/</w:t>
      </w:r>
      <w:r w:rsidR="00E21AA3">
        <w:rPr>
          <w:rFonts w:ascii="Times New Roman" w:hAnsi="Times New Roman" w:cs="Times New Roman"/>
          <w:sz w:val="24"/>
          <w:szCs w:val="24"/>
        </w:rPr>
        <w:t>stołecznego</w:t>
      </w:r>
      <w:r w:rsidR="000474EB">
        <w:rPr>
          <w:rFonts w:ascii="Times New Roman" w:hAnsi="Times New Roman" w:cs="Times New Roman"/>
          <w:sz w:val="24"/>
          <w:szCs w:val="24"/>
        </w:rPr>
        <w:t xml:space="preserve"> albo ogólnopolskiego, zgodnie </w:t>
      </w:r>
      <w:r w:rsidR="000474EB">
        <w:rPr>
          <w:rFonts w:ascii="Times New Roman" w:hAnsi="Times New Roman" w:cs="Times New Roman"/>
          <w:sz w:val="24"/>
          <w:szCs w:val="24"/>
        </w:rPr>
        <w:br/>
      </w:r>
      <w:r w:rsidRPr="009B7F85">
        <w:rPr>
          <w:rFonts w:ascii="Times New Roman" w:hAnsi="Times New Roman" w:cs="Times New Roman"/>
          <w:sz w:val="24"/>
          <w:szCs w:val="24"/>
        </w:rPr>
        <w:t>z kryteriami oceny określonymi w Regulaminie.</w:t>
      </w:r>
    </w:p>
    <w:p w14:paraId="6CDBA219" w14:textId="776A0392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W działaniach konkursowych mogą brać udział uczniowie szkoły, nauczyciele, rodzice/opiekunowie prawni oraz zaproszeni partnerzy</w:t>
      </w:r>
      <w:r w:rsidR="00C8402D">
        <w:rPr>
          <w:rFonts w:ascii="Times New Roman" w:hAnsi="Times New Roman" w:cs="Times New Roman"/>
          <w:sz w:val="24"/>
          <w:szCs w:val="24"/>
        </w:rPr>
        <w:t xml:space="preserve"> Konkursu</w:t>
      </w:r>
      <w:r w:rsidRPr="002F7ED6">
        <w:rPr>
          <w:rFonts w:ascii="Times New Roman" w:hAnsi="Times New Roman" w:cs="Times New Roman"/>
          <w:sz w:val="24"/>
          <w:szCs w:val="24"/>
        </w:rPr>
        <w:t xml:space="preserve">, z poszanowaniem zasad ochrony danych osobowych, wizerunku i praw autorskich określonych w niniejszym </w:t>
      </w:r>
      <w:r w:rsidR="00CC1947">
        <w:rPr>
          <w:rFonts w:ascii="Times New Roman" w:hAnsi="Times New Roman" w:cs="Times New Roman"/>
          <w:sz w:val="24"/>
          <w:szCs w:val="24"/>
        </w:rPr>
        <w:t>R</w:t>
      </w:r>
      <w:r w:rsidRPr="002F7ED6">
        <w:rPr>
          <w:rFonts w:ascii="Times New Roman" w:hAnsi="Times New Roman" w:cs="Times New Roman"/>
          <w:sz w:val="24"/>
          <w:szCs w:val="24"/>
        </w:rPr>
        <w:t>egulaminie.</w:t>
      </w:r>
    </w:p>
    <w:p w14:paraId="40E67E63" w14:textId="7BCAAEFF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Szkoła odpowiada za organizację działań na swoim terenie, w tym za poinformowanie rodziców/opiekunów prawnych o zasadach Konkursu, zebranie wymaganych zgód i oświadczeń oraz przechowywanie dokume</w:t>
      </w:r>
      <w:r w:rsidRPr="00B007C5">
        <w:rPr>
          <w:rFonts w:ascii="Times New Roman" w:hAnsi="Times New Roman" w:cs="Times New Roman"/>
          <w:sz w:val="24"/>
          <w:szCs w:val="24"/>
        </w:rPr>
        <w:t>ntacji na potrzeby rozliczenia udziału w Konkursie</w:t>
      </w:r>
      <w:r w:rsidR="00B007C5">
        <w:rPr>
          <w:rFonts w:ascii="Times New Roman" w:hAnsi="Times New Roman" w:cs="Times New Roman"/>
          <w:sz w:val="24"/>
          <w:szCs w:val="24"/>
        </w:rPr>
        <w:br/>
      </w:r>
      <w:r w:rsidR="006472BD" w:rsidRPr="00B007C5">
        <w:rPr>
          <w:rFonts w:ascii="Times New Roman" w:hAnsi="Times New Roman" w:cs="Times New Roman"/>
          <w:sz w:val="24"/>
          <w:szCs w:val="24"/>
        </w:rPr>
        <w:t>(</w:t>
      </w:r>
      <w:r w:rsidR="00B007C5">
        <w:rPr>
          <w:rFonts w:ascii="Times New Roman" w:hAnsi="Times New Roman" w:cs="Times New Roman"/>
          <w:sz w:val="24"/>
          <w:szCs w:val="24"/>
        </w:rPr>
        <w:t>Z</w:t>
      </w:r>
      <w:r w:rsidR="006472BD" w:rsidRPr="00B007C5">
        <w:rPr>
          <w:rFonts w:ascii="Times New Roman" w:hAnsi="Times New Roman" w:cs="Times New Roman"/>
          <w:sz w:val="24"/>
          <w:szCs w:val="24"/>
        </w:rPr>
        <w:t xml:space="preserve">ałączniki nr </w:t>
      </w:r>
      <w:r w:rsidR="00B007C5" w:rsidRPr="00B007C5">
        <w:rPr>
          <w:rFonts w:ascii="Times New Roman" w:hAnsi="Times New Roman" w:cs="Times New Roman"/>
          <w:sz w:val="24"/>
          <w:szCs w:val="24"/>
        </w:rPr>
        <w:t>3-5</w:t>
      </w:r>
      <w:r w:rsidR="006472BD" w:rsidRPr="00B007C5">
        <w:rPr>
          <w:rFonts w:ascii="Times New Roman" w:hAnsi="Times New Roman" w:cs="Times New Roman"/>
          <w:sz w:val="24"/>
          <w:szCs w:val="24"/>
        </w:rPr>
        <w:t>)</w:t>
      </w:r>
      <w:r w:rsidR="00B007C5" w:rsidRPr="00B007C5">
        <w:rPr>
          <w:rFonts w:ascii="Times New Roman" w:hAnsi="Times New Roman" w:cs="Times New Roman"/>
          <w:sz w:val="24"/>
          <w:szCs w:val="24"/>
        </w:rPr>
        <w:t>.</w:t>
      </w:r>
    </w:p>
    <w:p w14:paraId="39FFC30F" w14:textId="77777777" w:rsidR="006472BD" w:rsidRDefault="006472BD" w:rsidP="006472BD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Działania szkolne mogą obejmować w szczególności konkurs plastyczny, konkurs wiedzy</w:t>
      </w:r>
      <w:r>
        <w:rPr>
          <w:rFonts w:ascii="Times New Roman" w:hAnsi="Times New Roman" w:cs="Times New Roman"/>
          <w:sz w:val="24"/>
          <w:szCs w:val="24"/>
        </w:rPr>
        <w:br/>
      </w:r>
      <w:r w:rsidRPr="002F7ED6">
        <w:rPr>
          <w:rFonts w:ascii="Times New Roman" w:hAnsi="Times New Roman" w:cs="Times New Roman"/>
          <w:sz w:val="24"/>
          <w:szCs w:val="24"/>
        </w:rPr>
        <w:t xml:space="preserve">o bezpieczeństwie w ruchu drogowym, zajęcia pozalekcyjne, spotkania z policjantami, działania </w:t>
      </w:r>
      <w:r w:rsidRPr="002F7ED6">
        <w:rPr>
          <w:rFonts w:ascii="Times New Roman" w:hAnsi="Times New Roman" w:cs="Times New Roman"/>
          <w:sz w:val="24"/>
          <w:szCs w:val="24"/>
        </w:rPr>
        <w:lastRenderedPageBreak/>
        <w:t>terenowe, kampanie informacyjne, współpracę z samorządem i rodzicami oraz dystrybucję elementów odblaskowych.</w:t>
      </w:r>
    </w:p>
    <w:p w14:paraId="5015389D" w14:textId="391F15D9" w:rsidR="001F32B8" w:rsidRPr="001F32B8" w:rsidRDefault="00C8402D">
      <w:pPr>
        <w:pStyle w:val="Listanumerowana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Brak </w:t>
      </w:r>
      <w:r w:rsidRPr="001F32B8">
        <w:rPr>
          <w:rFonts w:ascii="Times New Roman" w:hAnsi="Times New Roman" w:cs="Times New Roman"/>
          <w:sz w:val="24"/>
          <w:szCs w:val="24"/>
        </w:rPr>
        <w:t>zgody na utrwalanie lub rozpowszechnianie wizerunku</w:t>
      </w:r>
      <w:r>
        <w:rPr>
          <w:rFonts w:ascii="Times New Roman" w:hAnsi="Times New Roman" w:cs="Times New Roman"/>
          <w:sz w:val="24"/>
          <w:szCs w:val="24"/>
        </w:rPr>
        <w:t xml:space="preserve"> ucznia</w:t>
      </w:r>
      <w:r w:rsidRPr="001F32B8">
        <w:rPr>
          <w:rFonts w:ascii="Times New Roman" w:hAnsi="Times New Roman" w:cs="Times New Roman"/>
          <w:sz w:val="24"/>
          <w:szCs w:val="24"/>
        </w:rPr>
        <w:t xml:space="preserve"> nie może być podstawą wyłączenia </w:t>
      </w:r>
      <w:r>
        <w:rPr>
          <w:rFonts w:ascii="Times New Roman" w:hAnsi="Times New Roman" w:cs="Times New Roman"/>
          <w:sz w:val="24"/>
          <w:szCs w:val="24"/>
        </w:rPr>
        <w:t>go</w:t>
      </w:r>
      <w:r w:rsidRPr="001F32B8">
        <w:rPr>
          <w:rFonts w:ascii="Times New Roman" w:hAnsi="Times New Roman" w:cs="Times New Roman"/>
          <w:sz w:val="24"/>
          <w:szCs w:val="24"/>
        </w:rPr>
        <w:t xml:space="preserve"> z działań edukacyjnych</w:t>
      </w:r>
      <w:r w:rsidR="00660C12" w:rsidRPr="001F32B8">
        <w:rPr>
          <w:rFonts w:ascii="Times New Roman" w:hAnsi="Times New Roman" w:cs="Times New Roman"/>
          <w:sz w:val="24"/>
          <w:szCs w:val="24"/>
        </w:rPr>
        <w:t>.</w:t>
      </w:r>
      <w:r w:rsidRPr="001F32B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283506" w14:textId="64E50F8B" w:rsidR="006472BD" w:rsidRPr="002F7ED6" w:rsidRDefault="00C8402D" w:rsidP="006472BD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Szkoła biorąca udział w Konkursie przesyła do komisji konkursowej </w:t>
      </w:r>
      <w:r w:rsidR="006472BD" w:rsidRPr="00AD2995">
        <w:rPr>
          <w:rFonts w:ascii="Times New Roman" w:hAnsi="Times New Roman" w:cs="Times New Roman"/>
          <w:sz w:val="24"/>
          <w:szCs w:val="24"/>
        </w:rPr>
        <w:t xml:space="preserve">Sprawozdanie </w:t>
      </w:r>
      <w:r w:rsidR="00B007C5">
        <w:rPr>
          <w:rFonts w:ascii="Times New Roman" w:hAnsi="Times New Roman" w:cs="Times New Roman"/>
          <w:sz w:val="24"/>
          <w:szCs w:val="24"/>
        </w:rPr>
        <w:t>Uczestnika (Załącznik nr 7)</w:t>
      </w:r>
      <w:r w:rsidR="00110D1A">
        <w:rPr>
          <w:rFonts w:ascii="Times New Roman" w:hAnsi="Times New Roman" w:cs="Times New Roman"/>
          <w:sz w:val="24"/>
          <w:szCs w:val="24"/>
        </w:rPr>
        <w:t>.</w:t>
      </w:r>
    </w:p>
    <w:p w14:paraId="036918BB" w14:textId="77777777" w:rsidR="006472BD" w:rsidRPr="006472BD" w:rsidRDefault="006472BD" w:rsidP="006472BD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6472BD">
        <w:rPr>
          <w:rFonts w:ascii="Times New Roman" w:hAnsi="Times New Roman" w:cs="Times New Roman"/>
          <w:sz w:val="24"/>
          <w:szCs w:val="24"/>
        </w:rPr>
        <w:t>Rozstrzygnięcia szkolne, w tym nagrody szkolne, jeżeli szkoła je przewiduje, mają charakter lokalny.</w:t>
      </w:r>
    </w:p>
    <w:p w14:paraId="09262036" w14:textId="08C37B6A" w:rsidR="006472BD" w:rsidRPr="006472BD" w:rsidRDefault="00050F48" w:rsidP="006472BD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Etap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 </w:t>
      </w:r>
      <w:r w:rsidR="00B37DB8">
        <w:rPr>
          <w:rFonts w:ascii="Times New Roman" w:hAnsi="Times New Roman" w:cs="Times New Roman"/>
          <w:sz w:val="24"/>
          <w:szCs w:val="24"/>
        </w:rPr>
        <w:t>komendy wojewódzkiej/Stołecznej Policji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 obejmuje ocenę sprawozdań szkół przez </w:t>
      </w:r>
      <w:bookmarkStart w:id="1" w:name="_Hlk233101094"/>
      <w:r w:rsidR="0017076E">
        <w:rPr>
          <w:rFonts w:ascii="Times New Roman" w:hAnsi="Times New Roman" w:cs="Times New Roman"/>
          <w:sz w:val="24"/>
          <w:szCs w:val="24"/>
        </w:rPr>
        <w:t>k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omisję </w:t>
      </w:r>
      <w:r w:rsidR="0017076E">
        <w:rPr>
          <w:rFonts w:ascii="Times New Roman" w:hAnsi="Times New Roman" w:cs="Times New Roman"/>
          <w:sz w:val="24"/>
          <w:szCs w:val="24"/>
        </w:rPr>
        <w:t>k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onkursową </w:t>
      </w:r>
      <w:r w:rsidR="0017076E">
        <w:rPr>
          <w:rFonts w:ascii="Times New Roman" w:hAnsi="Times New Roman" w:cs="Times New Roman"/>
          <w:sz w:val="24"/>
          <w:szCs w:val="24"/>
        </w:rPr>
        <w:t>k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omendanta </w:t>
      </w:r>
      <w:r w:rsidR="0017076E">
        <w:rPr>
          <w:rFonts w:ascii="Times New Roman" w:hAnsi="Times New Roman" w:cs="Times New Roman"/>
          <w:sz w:val="24"/>
          <w:szCs w:val="24"/>
        </w:rPr>
        <w:t>w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ojewódzkiego/Komendanta Stołecznego Policji </w:t>
      </w:r>
      <w:bookmarkEnd w:id="1"/>
      <w:r w:rsidR="006472BD" w:rsidRPr="006472BD">
        <w:rPr>
          <w:rFonts w:ascii="Times New Roman" w:hAnsi="Times New Roman" w:cs="Times New Roman"/>
          <w:sz w:val="24"/>
          <w:szCs w:val="24"/>
        </w:rPr>
        <w:t>oraz wyłonienie laureata wojewódzkiego/stołecznego.</w:t>
      </w:r>
    </w:p>
    <w:p w14:paraId="16AE6088" w14:textId="76CB0467" w:rsidR="006472BD" w:rsidRPr="006472BD" w:rsidRDefault="00C20B42" w:rsidP="006472BD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B37DB8">
        <w:rPr>
          <w:rFonts w:ascii="Times New Roman" w:hAnsi="Times New Roman" w:cs="Times New Roman"/>
          <w:sz w:val="24"/>
          <w:szCs w:val="24"/>
        </w:rPr>
        <w:t>omend</w:t>
      </w:r>
      <w:r>
        <w:rPr>
          <w:rFonts w:ascii="Times New Roman" w:hAnsi="Times New Roman" w:cs="Times New Roman"/>
          <w:sz w:val="24"/>
          <w:szCs w:val="24"/>
        </w:rPr>
        <w:t>y</w:t>
      </w:r>
      <w:r w:rsidR="00B37DB8">
        <w:rPr>
          <w:rFonts w:ascii="Times New Roman" w:hAnsi="Times New Roman" w:cs="Times New Roman"/>
          <w:sz w:val="24"/>
          <w:szCs w:val="24"/>
        </w:rPr>
        <w:t xml:space="preserve"> wojewódzkie/Stołeczn</w:t>
      </w:r>
      <w:r>
        <w:rPr>
          <w:rFonts w:ascii="Times New Roman" w:hAnsi="Times New Roman" w:cs="Times New Roman"/>
          <w:sz w:val="24"/>
          <w:szCs w:val="24"/>
        </w:rPr>
        <w:t>a</w:t>
      </w:r>
      <w:r w:rsidR="00B37DB8">
        <w:rPr>
          <w:rFonts w:ascii="Times New Roman" w:hAnsi="Times New Roman" w:cs="Times New Roman"/>
          <w:sz w:val="24"/>
          <w:szCs w:val="24"/>
        </w:rPr>
        <w:t xml:space="preserve"> Policji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 mo</w:t>
      </w:r>
      <w:r>
        <w:rPr>
          <w:rFonts w:ascii="Times New Roman" w:hAnsi="Times New Roman" w:cs="Times New Roman"/>
          <w:sz w:val="24"/>
          <w:szCs w:val="24"/>
        </w:rPr>
        <w:t>gą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 przyznać również wyróżnienia lub nagrody dodatkowe szkołom, o ile przewiduje to regulamin wojewódzki/</w:t>
      </w:r>
      <w:r>
        <w:rPr>
          <w:rFonts w:ascii="Times New Roman" w:hAnsi="Times New Roman" w:cs="Times New Roman"/>
          <w:sz w:val="24"/>
          <w:szCs w:val="24"/>
        </w:rPr>
        <w:t>stołeczny.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B9FBA0" w14:textId="69E33BAA" w:rsidR="006472BD" w:rsidRPr="006472BD" w:rsidRDefault="006472BD" w:rsidP="006472BD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6472BD">
        <w:rPr>
          <w:rFonts w:ascii="Times New Roman" w:hAnsi="Times New Roman" w:cs="Times New Roman"/>
          <w:sz w:val="24"/>
          <w:szCs w:val="24"/>
        </w:rPr>
        <w:t xml:space="preserve">Laureat wojewódzki/stołeczny jest zgłaszany przez </w:t>
      </w:r>
      <w:r w:rsidR="00B37DB8">
        <w:rPr>
          <w:rFonts w:ascii="Times New Roman" w:hAnsi="Times New Roman" w:cs="Times New Roman"/>
          <w:sz w:val="24"/>
          <w:szCs w:val="24"/>
        </w:rPr>
        <w:t>komendy wojewódzkie/Stołeczn</w:t>
      </w:r>
      <w:r w:rsidR="00C20B42">
        <w:rPr>
          <w:rFonts w:ascii="Times New Roman" w:hAnsi="Times New Roman" w:cs="Times New Roman"/>
          <w:sz w:val="24"/>
          <w:szCs w:val="24"/>
        </w:rPr>
        <w:t>ą</w:t>
      </w:r>
      <w:r w:rsidR="00B37DB8">
        <w:rPr>
          <w:rFonts w:ascii="Times New Roman" w:hAnsi="Times New Roman" w:cs="Times New Roman"/>
          <w:sz w:val="24"/>
          <w:szCs w:val="24"/>
        </w:rPr>
        <w:t xml:space="preserve"> Policji</w:t>
      </w:r>
      <w:r w:rsidRPr="006472BD">
        <w:rPr>
          <w:rFonts w:ascii="Times New Roman" w:hAnsi="Times New Roman" w:cs="Times New Roman"/>
          <w:sz w:val="24"/>
          <w:szCs w:val="24"/>
        </w:rPr>
        <w:t xml:space="preserve"> </w:t>
      </w:r>
      <w:r w:rsidR="000474EB">
        <w:rPr>
          <w:rFonts w:ascii="Times New Roman" w:hAnsi="Times New Roman" w:cs="Times New Roman"/>
          <w:sz w:val="24"/>
          <w:szCs w:val="24"/>
        </w:rPr>
        <w:br/>
      </w:r>
      <w:r w:rsidRPr="006472BD">
        <w:rPr>
          <w:rFonts w:ascii="Times New Roman" w:hAnsi="Times New Roman" w:cs="Times New Roman"/>
          <w:sz w:val="24"/>
          <w:szCs w:val="24"/>
        </w:rPr>
        <w:t xml:space="preserve">do </w:t>
      </w:r>
      <w:r w:rsidR="00050F48">
        <w:rPr>
          <w:rFonts w:ascii="Times New Roman" w:hAnsi="Times New Roman" w:cs="Times New Roman"/>
          <w:sz w:val="24"/>
          <w:szCs w:val="24"/>
        </w:rPr>
        <w:t>etapu</w:t>
      </w:r>
      <w:r w:rsidRPr="006472BD">
        <w:rPr>
          <w:rFonts w:ascii="Times New Roman" w:hAnsi="Times New Roman" w:cs="Times New Roman"/>
          <w:sz w:val="24"/>
          <w:szCs w:val="24"/>
        </w:rPr>
        <w:t xml:space="preserve"> ogólnopolskiego. Zgłoszenie obejmuje protokół komisji</w:t>
      </w:r>
      <w:r w:rsidR="00D56DD3">
        <w:rPr>
          <w:rFonts w:ascii="Times New Roman" w:hAnsi="Times New Roman" w:cs="Times New Roman"/>
          <w:sz w:val="24"/>
          <w:szCs w:val="24"/>
        </w:rPr>
        <w:t xml:space="preserve"> konkursowej</w:t>
      </w:r>
      <w:r w:rsidRPr="006472BD">
        <w:rPr>
          <w:rFonts w:ascii="Times New Roman" w:hAnsi="Times New Roman" w:cs="Times New Roman"/>
          <w:sz w:val="24"/>
          <w:szCs w:val="24"/>
        </w:rPr>
        <w:t>, sprawozdanie laureata, materiały dokumentujące działania oraz oświadczenie o posiadaniu wymaganych zgód i zapoznaniu</w:t>
      </w:r>
      <w:r w:rsidR="00D56DD3">
        <w:rPr>
          <w:rFonts w:ascii="Times New Roman" w:hAnsi="Times New Roman" w:cs="Times New Roman"/>
          <w:sz w:val="24"/>
          <w:szCs w:val="24"/>
        </w:rPr>
        <w:t xml:space="preserve"> </w:t>
      </w:r>
      <w:r w:rsidRPr="006472BD">
        <w:rPr>
          <w:rFonts w:ascii="Times New Roman" w:hAnsi="Times New Roman" w:cs="Times New Roman"/>
          <w:sz w:val="24"/>
          <w:szCs w:val="24"/>
        </w:rPr>
        <w:t>z klauzulą informacyjną.</w:t>
      </w:r>
    </w:p>
    <w:p w14:paraId="732B6AB4" w14:textId="6400AD95" w:rsidR="006472BD" w:rsidRPr="006472BD" w:rsidRDefault="00050F48" w:rsidP="006472BD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Etap 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ogólnopolski obejmuje ocenę laureatów wojewódzkich/stołecznego przez </w:t>
      </w:r>
      <w:r w:rsidR="0017076E">
        <w:rPr>
          <w:rFonts w:ascii="Times New Roman" w:hAnsi="Times New Roman" w:cs="Times New Roman"/>
          <w:sz w:val="24"/>
          <w:szCs w:val="24"/>
        </w:rPr>
        <w:t>k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omisję </w:t>
      </w:r>
      <w:r w:rsidR="0017076E">
        <w:rPr>
          <w:rFonts w:ascii="Times New Roman" w:hAnsi="Times New Roman" w:cs="Times New Roman"/>
          <w:sz w:val="24"/>
          <w:szCs w:val="24"/>
        </w:rPr>
        <w:t>k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onkursową Komendanta Głównego Policji oraz wyłonienie </w:t>
      </w:r>
      <w:r w:rsidR="0017076E">
        <w:rPr>
          <w:rFonts w:ascii="Times New Roman" w:hAnsi="Times New Roman" w:cs="Times New Roman"/>
          <w:sz w:val="24"/>
          <w:szCs w:val="24"/>
        </w:rPr>
        <w:t>o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gólnopolskiego </w:t>
      </w:r>
      <w:r w:rsidR="0017076E">
        <w:rPr>
          <w:rFonts w:ascii="Times New Roman" w:hAnsi="Times New Roman" w:cs="Times New Roman"/>
          <w:sz w:val="24"/>
          <w:szCs w:val="24"/>
        </w:rPr>
        <w:t>l</w:t>
      </w:r>
      <w:r w:rsidR="006472BD" w:rsidRPr="006472BD">
        <w:rPr>
          <w:rFonts w:ascii="Times New Roman" w:hAnsi="Times New Roman" w:cs="Times New Roman"/>
          <w:sz w:val="24"/>
          <w:szCs w:val="24"/>
        </w:rPr>
        <w:t>aureata Konkursu.</w:t>
      </w:r>
    </w:p>
    <w:p w14:paraId="63A97F7D" w14:textId="754B55BE" w:rsidR="006472BD" w:rsidRPr="006472BD" w:rsidRDefault="006472BD" w:rsidP="006472BD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6472BD">
        <w:rPr>
          <w:rFonts w:ascii="Times New Roman" w:hAnsi="Times New Roman" w:cs="Times New Roman"/>
          <w:sz w:val="24"/>
          <w:szCs w:val="24"/>
        </w:rPr>
        <w:t>Komisja</w:t>
      </w:r>
      <w:r w:rsidR="0017076E">
        <w:rPr>
          <w:rFonts w:ascii="Times New Roman" w:hAnsi="Times New Roman" w:cs="Times New Roman"/>
          <w:sz w:val="24"/>
          <w:szCs w:val="24"/>
        </w:rPr>
        <w:t xml:space="preserve"> konkursowa</w:t>
      </w:r>
      <w:r w:rsidRPr="006472BD">
        <w:rPr>
          <w:rFonts w:ascii="Times New Roman" w:hAnsi="Times New Roman" w:cs="Times New Roman"/>
          <w:sz w:val="24"/>
          <w:szCs w:val="24"/>
        </w:rPr>
        <w:t xml:space="preserve"> K</w:t>
      </w:r>
      <w:r w:rsidR="00155AE2">
        <w:rPr>
          <w:rFonts w:ascii="Times New Roman" w:hAnsi="Times New Roman" w:cs="Times New Roman"/>
          <w:sz w:val="24"/>
          <w:szCs w:val="24"/>
        </w:rPr>
        <w:t xml:space="preserve">omendy </w:t>
      </w:r>
      <w:r w:rsidRPr="006472BD">
        <w:rPr>
          <w:rFonts w:ascii="Times New Roman" w:hAnsi="Times New Roman" w:cs="Times New Roman"/>
          <w:sz w:val="24"/>
          <w:szCs w:val="24"/>
        </w:rPr>
        <w:t>G</w:t>
      </w:r>
      <w:r w:rsidR="00155AE2">
        <w:rPr>
          <w:rFonts w:ascii="Times New Roman" w:hAnsi="Times New Roman" w:cs="Times New Roman"/>
          <w:sz w:val="24"/>
          <w:szCs w:val="24"/>
        </w:rPr>
        <w:t xml:space="preserve">łównej </w:t>
      </w:r>
      <w:r w:rsidRPr="006472BD">
        <w:rPr>
          <w:rFonts w:ascii="Times New Roman" w:hAnsi="Times New Roman" w:cs="Times New Roman"/>
          <w:sz w:val="24"/>
          <w:szCs w:val="24"/>
        </w:rPr>
        <w:t>P</w:t>
      </w:r>
      <w:r w:rsidR="00155AE2">
        <w:rPr>
          <w:rFonts w:ascii="Times New Roman" w:hAnsi="Times New Roman" w:cs="Times New Roman"/>
          <w:sz w:val="24"/>
          <w:szCs w:val="24"/>
        </w:rPr>
        <w:t>olicji</w:t>
      </w:r>
      <w:r w:rsidRPr="006472BD">
        <w:rPr>
          <w:rFonts w:ascii="Times New Roman" w:hAnsi="Times New Roman" w:cs="Times New Roman"/>
          <w:sz w:val="24"/>
          <w:szCs w:val="24"/>
        </w:rPr>
        <w:t xml:space="preserve"> ocenia wyłącznie materiały przekazane przez </w:t>
      </w:r>
      <w:r w:rsidR="00B37DB8">
        <w:rPr>
          <w:rFonts w:ascii="Times New Roman" w:hAnsi="Times New Roman" w:cs="Times New Roman"/>
          <w:sz w:val="24"/>
          <w:szCs w:val="24"/>
        </w:rPr>
        <w:t>komendy wojewódzkie/Stołeczn</w:t>
      </w:r>
      <w:r w:rsidR="00155AE2">
        <w:rPr>
          <w:rFonts w:ascii="Times New Roman" w:hAnsi="Times New Roman" w:cs="Times New Roman"/>
          <w:sz w:val="24"/>
          <w:szCs w:val="24"/>
        </w:rPr>
        <w:t>ą</w:t>
      </w:r>
      <w:r w:rsidR="00B37DB8">
        <w:rPr>
          <w:rFonts w:ascii="Times New Roman" w:hAnsi="Times New Roman" w:cs="Times New Roman"/>
          <w:sz w:val="24"/>
          <w:szCs w:val="24"/>
        </w:rPr>
        <w:t xml:space="preserve"> Policji</w:t>
      </w:r>
      <w:r w:rsidRPr="006472BD">
        <w:rPr>
          <w:rFonts w:ascii="Times New Roman" w:hAnsi="Times New Roman" w:cs="Times New Roman"/>
          <w:sz w:val="24"/>
          <w:szCs w:val="24"/>
        </w:rPr>
        <w:t xml:space="preserve"> w trybie niniejszego regulaminu. </w:t>
      </w:r>
    </w:p>
    <w:p w14:paraId="788CC13D" w14:textId="58D96863" w:rsidR="006472BD" w:rsidRPr="007D1BE7" w:rsidRDefault="00B37DB8" w:rsidP="000474EB">
      <w:pPr>
        <w:pStyle w:val="Listanumerowana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Biuro Ruchu Drogowego</w:t>
      </w:r>
      <w:r w:rsidR="006472BD" w:rsidRPr="006472BD">
        <w:rPr>
          <w:rFonts w:ascii="Times New Roman" w:hAnsi="Times New Roman" w:cs="Times New Roman"/>
          <w:sz w:val="24"/>
          <w:szCs w:val="24"/>
        </w:rPr>
        <w:t xml:space="preserve"> KGP organizuje Galę Finałową Konkursu. Udział w Gali Finałowej</w:t>
      </w:r>
      <w:r w:rsidR="006472BD" w:rsidRPr="007D1BE7">
        <w:rPr>
          <w:rFonts w:ascii="Times New Roman" w:hAnsi="Times New Roman" w:cs="Times New Roman"/>
          <w:sz w:val="24"/>
          <w:szCs w:val="24"/>
        </w:rPr>
        <w:t xml:space="preserve"> wymaga uprzedniego przekazania dokumentów przewidzianych dla </w:t>
      </w:r>
      <w:r w:rsidR="00050F48">
        <w:rPr>
          <w:rFonts w:ascii="Times New Roman" w:hAnsi="Times New Roman" w:cs="Times New Roman"/>
          <w:sz w:val="24"/>
          <w:szCs w:val="24"/>
        </w:rPr>
        <w:t>etapu</w:t>
      </w:r>
      <w:r w:rsidR="006472BD" w:rsidRPr="007D1BE7">
        <w:rPr>
          <w:rFonts w:ascii="Times New Roman" w:hAnsi="Times New Roman" w:cs="Times New Roman"/>
          <w:sz w:val="24"/>
          <w:szCs w:val="24"/>
        </w:rPr>
        <w:t xml:space="preserve"> ogólnopolskiego,</w:t>
      </w:r>
      <w:r w:rsidR="00A231AC">
        <w:rPr>
          <w:rFonts w:ascii="Times New Roman" w:hAnsi="Times New Roman" w:cs="Times New Roman"/>
          <w:sz w:val="24"/>
          <w:szCs w:val="24"/>
        </w:rPr>
        <w:br/>
      </w:r>
      <w:bookmarkStart w:id="2" w:name="_Hlk234585070"/>
      <w:r w:rsidR="0017076E">
        <w:rPr>
          <w:rFonts w:ascii="Times New Roman" w:hAnsi="Times New Roman" w:cs="Times New Roman"/>
          <w:sz w:val="24"/>
          <w:szCs w:val="24"/>
        </w:rPr>
        <w:t>dokumentów</w:t>
      </w:r>
      <w:r w:rsidR="006472BD" w:rsidRPr="007D1BE7">
        <w:rPr>
          <w:rFonts w:ascii="Times New Roman" w:hAnsi="Times New Roman" w:cs="Times New Roman"/>
          <w:sz w:val="24"/>
          <w:szCs w:val="24"/>
        </w:rPr>
        <w:t xml:space="preserve"> dotyczących przetwarzania danych osobowych, zgód na udział dziecka w Gali Finałowej oraz odrębnych zgód na utrwalanie i rozpowszechnianie wizerunku dziecka </w:t>
      </w:r>
      <w:r w:rsidR="000474EB">
        <w:rPr>
          <w:rFonts w:ascii="Times New Roman" w:hAnsi="Times New Roman" w:cs="Times New Roman"/>
          <w:sz w:val="24"/>
          <w:szCs w:val="24"/>
        </w:rPr>
        <w:t>–</w:t>
      </w:r>
      <w:r w:rsidR="000474EB" w:rsidRPr="00723FFC">
        <w:rPr>
          <w:rFonts w:ascii="Times New Roman" w:hAnsi="Times New Roman" w:cs="Times New Roman"/>
          <w:sz w:val="24"/>
          <w:szCs w:val="24"/>
        </w:rPr>
        <w:t xml:space="preserve"> </w:t>
      </w:r>
      <w:r w:rsidR="006472BD" w:rsidRPr="007D1BE7">
        <w:rPr>
          <w:rFonts w:ascii="Times New Roman" w:hAnsi="Times New Roman" w:cs="Times New Roman"/>
          <w:sz w:val="24"/>
          <w:szCs w:val="24"/>
        </w:rPr>
        <w:t xml:space="preserve">jeżeli wizerunek ten ma być wykorzystywany w celach promocyjnych, informacyjnych </w:t>
      </w:r>
      <w:r w:rsidR="000474EB">
        <w:rPr>
          <w:rFonts w:ascii="Times New Roman" w:hAnsi="Times New Roman" w:cs="Times New Roman"/>
          <w:sz w:val="24"/>
          <w:szCs w:val="24"/>
        </w:rPr>
        <w:br/>
      </w:r>
      <w:r w:rsidR="006472BD" w:rsidRPr="007D1BE7">
        <w:rPr>
          <w:rFonts w:ascii="Times New Roman" w:hAnsi="Times New Roman" w:cs="Times New Roman"/>
          <w:sz w:val="24"/>
          <w:szCs w:val="24"/>
        </w:rPr>
        <w:t xml:space="preserve">lub sprawozdawczych. </w:t>
      </w:r>
      <w:bookmarkEnd w:id="2"/>
      <w:r w:rsidR="006472BD" w:rsidRPr="007D1BE7">
        <w:rPr>
          <w:rFonts w:ascii="Times New Roman" w:hAnsi="Times New Roman" w:cs="Times New Roman"/>
          <w:sz w:val="24"/>
          <w:szCs w:val="24"/>
        </w:rPr>
        <w:t xml:space="preserve">Wymóg ten obejmuje również przekazanie właściwych zgód </w:t>
      </w:r>
      <w:r w:rsidR="000474EB">
        <w:rPr>
          <w:rFonts w:ascii="Times New Roman" w:hAnsi="Times New Roman" w:cs="Times New Roman"/>
          <w:sz w:val="24"/>
          <w:szCs w:val="24"/>
        </w:rPr>
        <w:br/>
      </w:r>
      <w:r w:rsidR="006472BD" w:rsidRPr="007D1BE7">
        <w:rPr>
          <w:rFonts w:ascii="Times New Roman" w:hAnsi="Times New Roman" w:cs="Times New Roman"/>
          <w:sz w:val="24"/>
          <w:szCs w:val="24"/>
        </w:rPr>
        <w:t xml:space="preserve">i oświadczeń pozostałych osób reprezentujących laureatów </w:t>
      </w:r>
      <w:r w:rsidR="00050F48">
        <w:rPr>
          <w:rFonts w:ascii="Times New Roman" w:hAnsi="Times New Roman" w:cs="Times New Roman"/>
          <w:sz w:val="24"/>
          <w:szCs w:val="24"/>
        </w:rPr>
        <w:t>etapu</w:t>
      </w:r>
      <w:r w:rsidR="006472BD" w:rsidRPr="007D1B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komendy wojewódzkiej/Stołecznej Policji</w:t>
      </w:r>
      <w:r w:rsidR="006472BD" w:rsidRPr="007D1BE7">
        <w:rPr>
          <w:rFonts w:ascii="Times New Roman" w:hAnsi="Times New Roman" w:cs="Times New Roman"/>
          <w:sz w:val="24"/>
          <w:szCs w:val="24"/>
        </w:rPr>
        <w:t xml:space="preserve"> w Gali Finałowej.</w:t>
      </w:r>
    </w:p>
    <w:p w14:paraId="3C50CBAF" w14:textId="42B5A667" w:rsidR="00463D21" w:rsidRPr="00BE2C76" w:rsidRDefault="008E48C1" w:rsidP="000474EB">
      <w:pPr>
        <w:pStyle w:val="Listanumerowana"/>
        <w:numPr>
          <w:ilvl w:val="0"/>
          <w:numId w:val="0"/>
        </w:numPr>
        <w:spacing w:before="240" w:after="240"/>
        <w:contextualSpacing w:val="0"/>
        <w:jc w:val="both"/>
        <w:rPr>
          <w:rFonts w:ascii="Times New Roman" w:hAnsi="Times New Roman" w:cs="Times New Roman"/>
          <w:b/>
          <w:bCs/>
          <w:color w:val="1808EA"/>
          <w:sz w:val="24"/>
          <w:szCs w:val="24"/>
        </w:rPr>
      </w:pPr>
      <w:r w:rsidRPr="00BE2C76">
        <w:rPr>
          <w:rFonts w:ascii="Times New Roman" w:hAnsi="Times New Roman" w:cs="Times New Roman"/>
          <w:b/>
          <w:bCs/>
          <w:color w:val="1808EA"/>
          <w:sz w:val="24"/>
          <w:szCs w:val="24"/>
        </w:rPr>
        <w:t xml:space="preserve">IV. </w:t>
      </w:r>
      <w:r w:rsidR="000B0697" w:rsidRPr="00BE2C76">
        <w:rPr>
          <w:rFonts w:ascii="Times New Roman" w:hAnsi="Times New Roman" w:cs="Times New Roman"/>
          <w:b/>
          <w:bCs/>
          <w:color w:val="1808EA"/>
          <w:sz w:val="24"/>
          <w:szCs w:val="24"/>
        </w:rPr>
        <w:t>H</w:t>
      </w:r>
      <w:r w:rsidRPr="00BE2C76">
        <w:rPr>
          <w:rFonts w:ascii="Times New Roman" w:hAnsi="Times New Roman" w:cs="Times New Roman"/>
          <w:b/>
          <w:bCs/>
          <w:color w:val="1808EA"/>
          <w:sz w:val="24"/>
          <w:szCs w:val="24"/>
        </w:rPr>
        <w:t>armonogram Konkursu</w:t>
      </w:r>
      <w:r w:rsidR="00C572DE" w:rsidRPr="00BE2C76">
        <w:rPr>
          <w:rFonts w:ascii="Times New Roman" w:hAnsi="Times New Roman" w:cs="Times New Roman"/>
          <w:color w:val="1808EA"/>
          <w:szCs w:val="24"/>
        </w:rPr>
        <w:t xml:space="preserve"> </w:t>
      </w:r>
    </w:p>
    <w:p w14:paraId="51D36AA6" w14:textId="1F6AA610" w:rsidR="00B96E3A" w:rsidRDefault="00B96E3A">
      <w:pPr>
        <w:pStyle w:val="Listanumerowana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Do </w:t>
      </w:r>
      <w:r w:rsidR="00CF5D98">
        <w:rPr>
          <w:rFonts w:ascii="Times New Roman" w:eastAsia="Times New Roman" w:hAnsi="Times New Roman"/>
          <w:b/>
          <w:sz w:val="24"/>
          <w:szCs w:val="24"/>
          <w:lang w:eastAsia="pl-PL"/>
        </w:rPr>
        <w:t>4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września 202</w:t>
      </w:r>
      <w:r w:rsidR="00CF5D98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96E3A">
        <w:rPr>
          <w:rFonts w:ascii="Times New Roman" w:hAnsi="Times New Roman"/>
          <w:sz w:val="24"/>
        </w:rPr>
        <w:t xml:space="preserve">Umieszczenie na stronach internetowych Komendy Wojewódzkiej Policji w Krakowie, Kuratorium Oświaty w Krakowie, Małopolskiej Wojewódzkiej Rady Bezpieczeństwa Ruchu Drogowego, </w:t>
      </w:r>
      <w:r w:rsidR="00591BB0">
        <w:rPr>
          <w:rFonts w:ascii="Times New Roman" w:hAnsi="Times New Roman"/>
          <w:sz w:val="24"/>
        </w:rPr>
        <w:t xml:space="preserve">Małopolskiego Ośrodka Ruchu Drogowego w Krakowie, </w:t>
      </w:r>
      <w:r w:rsidRPr="00B96E3A">
        <w:rPr>
          <w:rFonts w:ascii="Times New Roman" w:hAnsi="Times New Roman"/>
          <w:sz w:val="24"/>
        </w:rPr>
        <w:t xml:space="preserve">Krajowego Centrum Bezpieczeństwa Ruchu Drogowego </w:t>
      </w:r>
      <w:r w:rsidRPr="00CF5D98">
        <w:rPr>
          <w:rFonts w:ascii="Times New Roman" w:hAnsi="Times New Roman"/>
          <w:b/>
          <w:bCs/>
          <w:sz w:val="24"/>
        </w:rPr>
        <w:t xml:space="preserve">Regulaminu </w:t>
      </w:r>
      <w:r w:rsidR="00A15CC7">
        <w:rPr>
          <w:rFonts w:ascii="Times New Roman" w:hAnsi="Times New Roman"/>
          <w:b/>
          <w:bCs/>
          <w:sz w:val="24"/>
        </w:rPr>
        <w:t>Małopolskiego</w:t>
      </w:r>
      <w:r w:rsidRPr="00CF5D98">
        <w:rPr>
          <w:rFonts w:ascii="Times New Roman" w:hAnsi="Times New Roman"/>
          <w:b/>
          <w:bCs/>
          <w:sz w:val="24"/>
        </w:rPr>
        <w:t xml:space="preserve"> Konkursu „Odblaskowa Szkoła” 202</w:t>
      </w:r>
      <w:r w:rsidR="00CF5D98" w:rsidRPr="00CF5D98">
        <w:rPr>
          <w:rFonts w:ascii="Times New Roman" w:hAnsi="Times New Roman"/>
          <w:b/>
          <w:bCs/>
          <w:sz w:val="24"/>
        </w:rPr>
        <w:t>6</w:t>
      </w:r>
      <w:r w:rsidRPr="00B96E3A">
        <w:rPr>
          <w:rFonts w:ascii="Times New Roman" w:hAnsi="Times New Roman"/>
          <w:sz w:val="24"/>
        </w:rPr>
        <w:t xml:space="preserve">. </w:t>
      </w:r>
    </w:p>
    <w:p w14:paraId="7D6674CE" w14:textId="77777777" w:rsidR="00B96E3A" w:rsidRDefault="00B96E3A" w:rsidP="00CF5D98">
      <w:pPr>
        <w:pStyle w:val="Listanumerowana"/>
        <w:numPr>
          <w:ilvl w:val="0"/>
          <w:numId w:val="0"/>
        </w:numPr>
        <w:spacing w:after="0"/>
        <w:ind w:left="360"/>
        <w:jc w:val="both"/>
        <w:rPr>
          <w:rFonts w:ascii="Times New Roman" w:hAnsi="Times New Roman"/>
          <w:sz w:val="24"/>
        </w:rPr>
      </w:pPr>
    </w:p>
    <w:p w14:paraId="3C217455" w14:textId="135053FF" w:rsidR="00B96E3A" w:rsidRPr="00B96E3A" w:rsidRDefault="00B96E3A">
      <w:pPr>
        <w:pStyle w:val="Listanumerowana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</w:t>
      </w:r>
      <w:r w:rsidR="00CF5D98">
        <w:rPr>
          <w:rFonts w:ascii="Times New Roman" w:eastAsia="Times New Roman" w:hAnsi="Times New Roman"/>
          <w:b/>
          <w:sz w:val="24"/>
          <w:szCs w:val="24"/>
          <w:lang w:eastAsia="pl-PL"/>
        </w:rPr>
        <w:t>25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września 202</w:t>
      </w:r>
      <w:r w:rsidR="00CF5D98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 dyrektorzy szkół podstawowych, którzy wyrażą chęć przystąpienia do Konkursu, prześlą zgłoszenie, którego wzór określony został w </w:t>
      </w:r>
      <w:r w:rsidR="00CF5D98" w:rsidRPr="00CF5D98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z</w:t>
      </w:r>
      <w:r w:rsidRPr="00B96E3A"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  <w:t>ałączniku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nr 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Pr="00B96E3A">
        <w:rPr>
          <w:rFonts w:ascii="Times New Roman" w:eastAsia="Times New Roman" w:hAnsi="Times New Roman"/>
          <w:b/>
          <w:color w:val="FF0000"/>
          <w:sz w:val="24"/>
          <w:szCs w:val="24"/>
          <w:lang w:eastAsia="pl-PL"/>
        </w:rPr>
        <w:t xml:space="preserve"> </w:t>
      </w:r>
      <w:r w:rsidR="00CF5D9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wraz                       z załącznikiem nr 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="00CF5D98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>do Regulaminu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Wydziału Ruchu Drogowego Komendy Wojewódzkiej Policji w Krakowie adres e-mail </w:t>
      </w:r>
      <w:hyperlink r:id="rId9" w:history="1">
        <w:r w:rsidR="00A453D5" w:rsidRPr="00F70DBE">
          <w:rPr>
            <w:rStyle w:val="Hipercze"/>
            <w:rFonts w:ascii="Times New Roman" w:eastAsia="Times New Roman" w:hAnsi="Times New Roman"/>
            <w:b/>
            <w:sz w:val="24"/>
            <w:szCs w:val="24"/>
            <w:lang w:eastAsia="pl-PL"/>
          </w:rPr>
          <w:t>sekretariat.wrd@malopolska.policja.gov.pl</w:t>
        </w:r>
      </w:hyperlink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lub fax. 478354177. </w:t>
      </w:r>
    </w:p>
    <w:p w14:paraId="6A78C49B" w14:textId="77777777" w:rsidR="00B96E3A" w:rsidRDefault="00B96E3A" w:rsidP="00CF5D98">
      <w:pPr>
        <w:pStyle w:val="Akapitzlis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5B7B1250" w14:textId="1E96F685" w:rsidR="00B96E3A" w:rsidRPr="00CC7DB0" w:rsidRDefault="00B96E3A">
      <w:pPr>
        <w:pStyle w:val="Listanumerowana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Od</w:t>
      </w:r>
      <w:r w:rsidR="00CC7DB0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26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września - </w:t>
      </w:r>
      <w:r w:rsidR="00CC7DB0">
        <w:rPr>
          <w:rFonts w:ascii="Times New Roman" w:eastAsia="Times New Roman" w:hAnsi="Times New Roman"/>
          <w:b/>
          <w:sz w:val="24"/>
          <w:szCs w:val="24"/>
          <w:lang w:eastAsia="pl-PL"/>
        </w:rPr>
        <w:t>20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listopada 202</w:t>
      </w:r>
      <w:r w:rsidR="00CC7DB0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 – realizacja założeń Konkursu w szkołach podstawowych będących uczestnikiem Konkursu.</w:t>
      </w:r>
    </w:p>
    <w:p w14:paraId="52E53FD4" w14:textId="77777777" w:rsidR="00CC7DB0" w:rsidRPr="00CC7DB0" w:rsidRDefault="00CC7DB0" w:rsidP="00CC7DB0">
      <w:pPr>
        <w:pStyle w:val="Listanumerowana"/>
        <w:numPr>
          <w:ilvl w:val="0"/>
          <w:numId w:val="0"/>
        </w:numPr>
        <w:spacing w:after="0"/>
        <w:jc w:val="both"/>
        <w:rPr>
          <w:rFonts w:ascii="Times New Roman" w:hAnsi="Times New Roman"/>
          <w:sz w:val="24"/>
        </w:rPr>
      </w:pPr>
    </w:p>
    <w:p w14:paraId="65A804DA" w14:textId="7BF3BEF9" w:rsidR="00B96E3A" w:rsidRPr="00CC30A1" w:rsidRDefault="00B96E3A">
      <w:pPr>
        <w:pStyle w:val="Listanumerowana"/>
        <w:numPr>
          <w:ilvl w:val="0"/>
          <w:numId w:val="22"/>
        </w:numPr>
        <w:spacing w:after="0"/>
        <w:jc w:val="both"/>
        <w:rPr>
          <w:rFonts w:ascii="Times New Roman" w:hAnsi="Times New Roman"/>
          <w:sz w:val="28"/>
          <w:szCs w:val="24"/>
        </w:rPr>
      </w:pP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Od 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21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CC7DB0">
        <w:rPr>
          <w:rFonts w:ascii="Times New Roman" w:eastAsia="Times New Roman" w:hAnsi="Times New Roman"/>
          <w:b/>
          <w:sz w:val="24"/>
          <w:szCs w:val="24"/>
          <w:lang w:eastAsia="pl-PL"/>
        </w:rPr>
        <w:t>do 30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listopada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>202</w:t>
      </w:r>
      <w:r w:rsidR="00CC7DB0">
        <w:rPr>
          <w:rFonts w:ascii="Times New Roman" w:eastAsia="Times New Roman" w:hAnsi="Times New Roman"/>
          <w:b/>
          <w:sz w:val="24"/>
          <w:szCs w:val="24"/>
          <w:lang w:eastAsia="pl-PL"/>
        </w:rPr>
        <w:t>6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 – </w:t>
      </w:r>
      <w:r w:rsidRPr="00B96E3A">
        <w:rPr>
          <w:rFonts w:ascii="Times New Roman" w:hAnsi="Times New Roman"/>
          <w:sz w:val="24"/>
          <w:szCs w:val="24"/>
        </w:rPr>
        <w:t>termin przesyłania lub przekazywania do Wydziału Ruchu Drogowego KWP w Krakowie informacji o przebiegu akcji</w:t>
      </w:r>
      <w:r w:rsidRPr="00B96E3A">
        <w:rPr>
          <w:rFonts w:cs="Arial"/>
          <w:sz w:val="24"/>
          <w:szCs w:val="24"/>
        </w:rPr>
        <w:t xml:space="preserve"> </w:t>
      </w:r>
      <w:r w:rsidRPr="00B96E3A">
        <w:rPr>
          <w:rFonts w:ascii="Times New Roman" w:hAnsi="Times New Roman"/>
          <w:sz w:val="24"/>
          <w:szCs w:val="24"/>
        </w:rPr>
        <w:t xml:space="preserve">według wzoru określonego </w:t>
      </w:r>
      <w:r w:rsidR="00D61AEE">
        <w:rPr>
          <w:rFonts w:ascii="Times New Roman" w:hAnsi="Times New Roman"/>
          <w:sz w:val="24"/>
          <w:szCs w:val="24"/>
        </w:rPr>
        <w:t xml:space="preserve">                           </w:t>
      </w:r>
      <w:r w:rsidRPr="00B96E3A">
        <w:rPr>
          <w:rFonts w:ascii="Times New Roman" w:hAnsi="Times New Roman"/>
          <w:sz w:val="24"/>
          <w:szCs w:val="24"/>
        </w:rPr>
        <w:t xml:space="preserve">w </w:t>
      </w:r>
      <w:r w:rsidRPr="00B96E3A">
        <w:rPr>
          <w:rFonts w:ascii="Times New Roman" w:hAnsi="Times New Roman"/>
          <w:b/>
          <w:sz w:val="24"/>
          <w:szCs w:val="24"/>
        </w:rPr>
        <w:t xml:space="preserve">Załączniku nr </w:t>
      </w:r>
      <w:r w:rsidR="008B3E59">
        <w:rPr>
          <w:rFonts w:ascii="Times New Roman" w:hAnsi="Times New Roman"/>
          <w:b/>
          <w:sz w:val="24"/>
          <w:szCs w:val="24"/>
        </w:rPr>
        <w:t>7</w:t>
      </w:r>
      <w:r w:rsidRPr="00B96E3A">
        <w:rPr>
          <w:rFonts w:ascii="Times New Roman" w:hAnsi="Times New Roman"/>
          <w:b/>
          <w:sz w:val="24"/>
          <w:szCs w:val="24"/>
        </w:rPr>
        <w:t xml:space="preserve"> do Regulaminu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>. Sprawozdanie powinno zawierać część opisową sporządzoną według poszczególnych punktów zawartych w w</w:t>
      </w:r>
      <w:r w:rsidR="00C30EC1">
        <w:rPr>
          <w:rFonts w:ascii="Times New Roman" w:eastAsia="Times New Roman" w:hAnsi="Times New Roman"/>
          <w:sz w:val="24"/>
          <w:szCs w:val="24"/>
          <w:lang w:eastAsia="pl-PL"/>
        </w:rPr>
        <w:t>yżej wymienionym z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ałączniku. </w:t>
      </w:r>
      <w:r w:rsidRPr="00CC30A1">
        <w:rPr>
          <w:rFonts w:ascii="Times New Roman" w:eastAsia="Times New Roman" w:hAnsi="Times New Roman"/>
          <w:b/>
          <w:sz w:val="28"/>
          <w:szCs w:val="28"/>
          <w:u w:val="single"/>
          <w:lang w:eastAsia="pl-PL"/>
        </w:rPr>
        <w:t>Sprawozdanie należy przesłać</w:t>
      </w:r>
      <w:r w:rsidRPr="00CC30A1">
        <w:rPr>
          <w:rFonts w:ascii="Times New Roman" w:eastAsia="Times New Roman" w:hAnsi="Times New Roman"/>
          <w:sz w:val="28"/>
          <w:szCs w:val="28"/>
          <w:u w:val="single"/>
          <w:lang w:eastAsia="pl-PL"/>
        </w:rPr>
        <w:t xml:space="preserve"> </w:t>
      </w:r>
      <w:r w:rsidRPr="00CC30A1">
        <w:rPr>
          <w:rFonts w:ascii="Times New Roman" w:hAnsi="Times New Roman"/>
          <w:b/>
          <w:sz w:val="28"/>
          <w:szCs w:val="24"/>
          <w:u w:val="single"/>
        </w:rPr>
        <w:t xml:space="preserve">za pośrednictwem poczty tradycyjnej na adres WRD KWP w Krakowie ul. Mogilska 109, 31-571 Kraków lub osobiście na dziennik podawczy KWP w Krakowie przy ul. Mogilskiej 109. </w:t>
      </w:r>
    </w:p>
    <w:p w14:paraId="79CF0A6A" w14:textId="77777777" w:rsidR="00B96E3A" w:rsidRDefault="00B96E3A" w:rsidP="00CF5D98">
      <w:pPr>
        <w:pStyle w:val="Akapitzlis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0F03FE8F" w14:textId="42CD6CB7" w:rsidR="00B96E3A" w:rsidRPr="00B96E3A" w:rsidRDefault="00B96E3A">
      <w:pPr>
        <w:pStyle w:val="Listanumerowana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15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stycznia 202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 – ocena Informacji dyrektorów szkół o przebiegu Konkursu, dokonana przez Komisję Konkursową Komendanta Wojewódzkiego Policji w Krakowie i ogłoszenie </w:t>
      </w:r>
      <w:r w:rsidR="00E7644B">
        <w:rPr>
          <w:rFonts w:ascii="Times New Roman" w:eastAsia="Times New Roman" w:hAnsi="Times New Roman"/>
          <w:sz w:val="24"/>
          <w:szCs w:val="24"/>
          <w:lang w:eastAsia="pl-PL"/>
        </w:rPr>
        <w:t xml:space="preserve">Małopolskiego 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Wojewódzkiego Laureata Konkursu.  </w:t>
      </w:r>
    </w:p>
    <w:p w14:paraId="27497583" w14:textId="77777777" w:rsidR="00B96E3A" w:rsidRDefault="00B96E3A" w:rsidP="00CF5D98">
      <w:pPr>
        <w:pStyle w:val="Akapitzlis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09D0719" w14:textId="54856ED6" w:rsidR="00B96E3A" w:rsidRPr="00B96E3A" w:rsidRDefault="00B96E3A">
      <w:pPr>
        <w:pStyle w:val="Listanumerowana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>Do 1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2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marca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 – uroczyste zakończenie Konkursu, połączone z wręczeniem nagród </w:t>
      </w:r>
      <w:r w:rsidR="00E7644B">
        <w:rPr>
          <w:rFonts w:ascii="Times New Roman" w:eastAsia="Times New Roman" w:hAnsi="Times New Roman"/>
          <w:sz w:val="24"/>
          <w:szCs w:val="24"/>
          <w:lang w:eastAsia="pl-PL"/>
        </w:rPr>
        <w:t xml:space="preserve">Małopolskiemu 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Wojewódzkiemu Laureatowi Konkursu i ewentualnie innym szkołom oraz osobom wyróżnionym.  </w:t>
      </w:r>
    </w:p>
    <w:p w14:paraId="63261396" w14:textId="77777777" w:rsidR="00B96E3A" w:rsidRDefault="00B96E3A" w:rsidP="00CF5D98">
      <w:pPr>
        <w:pStyle w:val="Akapitzlis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14540969" w14:textId="36BFFA1E" w:rsidR="00B96E3A" w:rsidRPr="00B96E3A" w:rsidRDefault="00B96E3A">
      <w:pPr>
        <w:pStyle w:val="Listanumerowana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19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marca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D61AEE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 – przekazanie przez Wydział Ruchu Drogowego Komendy Wojewódzkiej Policji, do Biura Ruchu Drogowego KGP Protokołu Komisji Konkursowej Komendanta Wojewódzkiego Policji z wyłonienia </w:t>
      </w:r>
      <w:r w:rsidR="00E7644B">
        <w:rPr>
          <w:rFonts w:ascii="Times New Roman" w:eastAsia="Times New Roman" w:hAnsi="Times New Roman"/>
          <w:sz w:val="24"/>
          <w:szCs w:val="24"/>
          <w:lang w:eastAsia="pl-PL"/>
        </w:rPr>
        <w:t xml:space="preserve">Małopolskiego 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>Wojewódzkiego Laureata Konkursu</w:t>
      </w:r>
      <w:r w:rsidR="00E7644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>oraz przesłanie/przekazanie wszystkich posiadanych zgromadzonych materiałów, informacji – mających związek z Konkursem o tym Laureacie.</w:t>
      </w:r>
    </w:p>
    <w:p w14:paraId="76F9AAA7" w14:textId="77777777" w:rsidR="00B96E3A" w:rsidRDefault="00B96E3A" w:rsidP="00CF5D98">
      <w:pPr>
        <w:pStyle w:val="Akapitzlis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7AB4AE70" w14:textId="61B29163" w:rsidR="00B96E3A" w:rsidRPr="00B96E3A" w:rsidRDefault="00B96E3A">
      <w:pPr>
        <w:pStyle w:val="Listanumerowana"/>
        <w:numPr>
          <w:ilvl w:val="0"/>
          <w:numId w:val="22"/>
        </w:numPr>
        <w:spacing w:after="0"/>
        <w:jc w:val="both"/>
        <w:rPr>
          <w:rFonts w:ascii="Times New Roman" w:hAnsi="Times New Roman"/>
          <w:sz w:val="24"/>
        </w:rPr>
      </w:pP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Do </w:t>
      </w:r>
      <w:r w:rsidR="00ED0D91">
        <w:rPr>
          <w:rFonts w:ascii="Times New Roman" w:eastAsia="Times New Roman" w:hAnsi="Times New Roman"/>
          <w:b/>
          <w:sz w:val="24"/>
          <w:szCs w:val="24"/>
          <w:lang w:eastAsia="pl-PL"/>
        </w:rPr>
        <w:t>9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  <w:r w:rsidR="00ED0D91">
        <w:rPr>
          <w:rFonts w:ascii="Times New Roman" w:eastAsia="Times New Roman" w:hAnsi="Times New Roman"/>
          <w:b/>
          <w:sz w:val="24"/>
          <w:szCs w:val="24"/>
          <w:lang w:eastAsia="pl-PL"/>
        </w:rPr>
        <w:t>kwietnia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="00ED0D91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Pr="00B96E3A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 – 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>wybór i ogłoszenie przez Komisję Konkursową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 Komendanta Głównego Policji </w:t>
      </w:r>
      <w:r w:rsidRPr="00B96E3A">
        <w:rPr>
          <w:rFonts w:ascii="Times New Roman" w:hAnsi="Times New Roman"/>
          <w:sz w:val="24"/>
          <w:szCs w:val="24"/>
        </w:rPr>
        <w:t>Ogólnopolskiego Laureata Konkursu „ODBLASKOWA SZKOŁA” 202</w:t>
      </w:r>
      <w:r w:rsidR="00ED0D91">
        <w:rPr>
          <w:rFonts w:ascii="Times New Roman" w:hAnsi="Times New Roman"/>
          <w:sz w:val="24"/>
          <w:szCs w:val="24"/>
        </w:rPr>
        <w:t>6</w:t>
      </w:r>
      <w:r w:rsidRPr="00B96E3A">
        <w:rPr>
          <w:rFonts w:ascii="Times New Roman" w:hAnsi="Times New Roman"/>
          <w:sz w:val="24"/>
          <w:szCs w:val="24"/>
        </w:rPr>
        <w:t xml:space="preserve">, </w:t>
      </w:r>
      <w:r w:rsidRPr="00B96E3A">
        <w:rPr>
          <w:rFonts w:ascii="Times New Roman" w:eastAsia="Times New Roman" w:hAnsi="Times New Roman"/>
          <w:sz w:val="24"/>
          <w:szCs w:val="24"/>
          <w:lang w:eastAsia="pl-PL"/>
        </w:rPr>
        <w:t xml:space="preserve">wyłonionego spośród Wojewódzkich Laureatów Konkursu / Stołecznego Laureata Konkursu.  </w:t>
      </w:r>
    </w:p>
    <w:p w14:paraId="0094F202" w14:textId="77777777" w:rsidR="00B96E3A" w:rsidRDefault="00B96E3A" w:rsidP="00CF5D98">
      <w:pPr>
        <w:pStyle w:val="Akapitzlist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619B39A9" w14:textId="13417675" w:rsidR="00B96E3A" w:rsidRPr="00501096" w:rsidRDefault="00ED0D91">
      <w:pPr>
        <w:pStyle w:val="Listanumerowana"/>
        <w:numPr>
          <w:ilvl w:val="0"/>
          <w:numId w:val="22"/>
        </w:numPr>
        <w:spacing w:before="120" w:after="120"/>
        <w:ind w:left="426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501096">
        <w:rPr>
          <w:rFonts w:ascii="Times New Roman" w:eastAsia="Times New Roman" w:hAnsi="Times New Roman"/>
          <w:b/>
          <w:sz w:val="24"/>
          <w:szCs w:val="24"/>
          <w:lang w:eastAsia="pl-PL"/>
        </w:rPr>
        <w:t>Maj</w:t>
      </w:r>
      <w:r w:rsidR="00B96E3A" w:rsidRPr="0050109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–</w:t>
      </w:r>
      <w:r w:rsidRPr="0050109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czerwiec</w:t>
      </w:r>
      <w:r w:rsidR="00B96E3A" w:rsidRPr="0050109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202</w:t>
      </w:r>
      <w:r w:rsidRPr="00501096">
        <w:rPr>
          <w:rFonts w:ascii="Times New Roman" w:eastAsia="Times New Roman" w:hAnsi="Times New Roman"/>
          <w:b/>
          <w:sz w:val="24"/>
          <w:szCs w:val="24"/>
          <w:lang w:eastAsia="pl-PL"/>
        </w:rPr>
        <w:t>7</w:t>
      </w:r>
      <w:r w:rsidR="00B96E3A" w:rsidRPr="00501096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roku – </w:t>
      </w:r>
      <w:r w:rsidR="00B96E3A" w:rsidRPr="00501096">
        <w:rPr>
          <w:rFonts w:ascii="Times New Roman" w:eastAsia="Times New Roman" w:hAnsi="Times New Roman"/>
          <w:sz w:val="24"/>
          <w:szCs w:val="24"/>
          <w:lang w:eastAsia="pl-PL"/>
        </w:rPr>
        <w:t>Gala Finałowa Konkursu „ODBLASKOWA SZKOŁA” 202</w:t>
      </w:r>
      <w:r w:rsidRPr="00501096"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="00B96E3A" w:rsidRPr="00501096">
        <w:rPr>
          <w:rFonts w:ascii="Times New Roman" w:eastAsia="Times New Roman" w:hAnsi="Times New Roman"/>
          <w:sz w:val="24"/>
          <w:szCs w:val="24"/>
          <w:lang w:eastAsia="pl-PL"/>
        </w:rPr>
        <w:t>, zorganizowana przez Biuro Ruchu Drogowego KGP</w:t>
      </w:r>
      <w:r w:rsidR="00501096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20C91EC" w14:textId="10B075DD" w:rsidR="00463D21" w:rsidRPr="00C75152" w:rsidRDefault="008E48C1" w:rsidP="00073E63">
      <w:pPr>
        <w:pStyle w:val="Nagwek1"/>
        <w:spacing w:before="240" w:after="240"/>
        <w:jc w:val="both"/>
        <w:rPr>
          <w:rFonts w:ascii="Times New Roman" w:hAnsi="Times New Roman" w:cs="Times New Roman"/>
          <w:color w:val="1808EA"/>
          <w:sz w:val="24"/>
          <w:szCs w:val="24"/>
        </w:rPr>
      </w:pPr>
      <w:r w:rsidRPr="00C75152">
        <w:rPr>
          <w:rFonts w:ascii="Times New Roman" w:hAnsi="Times New Roman" w:cs="Times New Roman"/>
          <w:color w:val="1808EA"/>
          <w:sz w:val="24"/>
          <w:szCs w:val="24"/>
        </w:rPr>
        <w:t>V. Komisje konkursowe i wyłanianie laureatów</w:t>
      </w:r>
    </w:p>
    <w:p w14:paraId="58E075C4" w14:textId="4F121FB1" w:rsidR="00C75152" w:rsidRPr="00C50862" w:rsidRDefault="00C75152">
      <w:pPr>
        <w:pStyle w:val="Akapitzlist"/>
        <w:numPr>
          <w:ilvl w:val="0"/>
          <w:numId w:val="19"/>
        </w:numPr>
        <w:spacing w:after="0"/>
        <w:ind w:left="567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7131">
        <w:rPr>
          <w:rFonts w:ascii="Times New Roman" w:eastAsia="Times New Roman" w:hAnsi="Times New Roman"/>
          <w:sz w:val="24"/>
          <w:szCs w:val="24"/>
          <w:lang w:eastAsia="pl-PL"/>
        </w:rPr>
        <w:t>Komenda Wojewódzka Policji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w Krakowie wyłoni Laureata Wojewódzkiego Konkursu na podstawie </w:t>
      </w:r>
      <w:r w:rsidR="00103DE1">
        <w:rPr>
          <w:rFonts w:ascii="Times New Roman" w:eastAsia="Times New Roman" w:hAnsi="Times New Roman"/>
          <w:sz w:val="24"/>
          <w:szCs w:val="24"/>
          <w:lang w:eastAsia="pl-PL"/>
        </w:rPr>
        <w:t>k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ryteriów wyłaniania zwycięzcy, stanowiących </w:t>
      </w:r>
      <w:r w:rsidRPr="00F6285D">
        <w:rPr>
          <w:rFonts w:ascii="Times New Roman" w:eastAsia="Times New Roman" w:hAnsi="Times New Roman"/>
          <w:sz w:val="24"/>
          <w:szCs w:val="24"/>
          <w:lang w:eastAsia="pl-PL"/>
        </w:rPr>
        <w:t xml:space="preserve">Załącznik nr </w:t>
      </w:r>
      <w:r w:rsidR="00571512">
        <w:rPr>
          <w:rFonts w:ascii="Times New Roman" w:eastAsia="Times New Roman" w:hAnsi="Times New Roman"/>
          <w:sz w:val="24"/>
          <w:szCs w:val="24"/>
          <w:lang w:eastAsia="pl-PL"/>
        </w:rPr>
        <w:t>7</w:t>
      </w:r>
      <w:r w:rsidRPr="00F6285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C50862">
        <w:rPr>
          <w:rFonts w:ascii="Times New Roman" w:eastAsia="Times New Roman" w:hAnsi="Times New Roman"/>
          <w:sz w:val="24"/>
          <w:szCs w:val="24"/>
          <w:lang w:eastAsia="pl-PL"/>
        </w:rPr>
        <w:t>do Regulaminu.</w:t>
      </w:r>
    </w:p>
    <w:p w14:paraId="1B8D3ED2" w14:textId="4DD774BD" w:rsidR="00571512" w:rsidRPr="00571512" w:rsidRDefault="008E48C1">
      <w:pPr>
        <w:pStyle w:val="Akapitzlist"/>
        <w:numPr>
          <w:ilvl w:val="0"/>
          <w:numId w:val="19"/>
        </w:numPr>
        <w:spacing w:after="0"/>
        <w:ind w:left="567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1512">
        <w:rPr>
          <w:rFonts w:ascii="Times New Roman" w:hAnsi="Times New Roman" w:cs="Times New Roman"/>
          <w:sz w:val="24"/>
          <w:szCs w:val="24"/>
        </w:rPr>
        <w:t xml:space="preserve">Komendant </w:t>
      </w:r>
      <w:r w:rsidR="00571512">
        <w:rPr>
          <w:rFonts w:ascii="Times New Roman" w:hAnsi="Times New Roman" w:cs="Times New Roman"/>
          <w:sz w:val="24"/>
          <w:szCs w:val="24"/>
        </w:rPr>
        <w:t>W</w:t>
      </w:r>
      <w:r w:rsidR="00073E63" w:rsidRPr="00571512">
        <w:rPr>
          <w:rFonts w:ascii="Times New Roman" w:hAnsi="Times New Roman" w:cs="Times New Roman"/>
          <w:sz w:val="24"/>
          <w:szCs w:val="24"/>
        </w:rPr>
        <w:t>ojewódzki Policji</w:t>
      </w:r>
      <w:r w:rsidR="00571512">
        <w:rPr>
          <w:rFonts w:ascii="Times New Roman" w:hAnsi="Times New Roman" w:cs="Times New Roman"/>
          <w:sz w:val="24"/>
          <w:szCs w:val="24"/>
        </w:rPr>
        <w:t xml:space="preserve"> w Krakowie</w:t>
      </w:r>
      <w:r w:rsidRPr="00571512">
        <w:rPr>
          <w:rFonts w:ascii="Times New Roman" w:hAnsi="Times New Roman" w:cs="Times New Roman"/>
          <w:sz w:val="24"/>
          <w:szCs w:val="24"/>
        </w:rPr>
        <w:t xml:space="preserve"> powołuje </w:t>
      </w:r>
      <w:r w:rsidR="000B0B0B" w:rsidRPr="00571512">
        <w:rPr>
          <w:rFonts w:ascii="Times New Roman" w:hAnsi="Times New Roman" w:cs="Times New Roman"/>
          <w:sz w:val="24"/>
          <w:szCs w:val="24"/>
        </w:rPr>
        <w:t>k</w:t>
      </w:r>
      <w:r w:rsidRPr="00571512">
        <w:rPr>
          <w:rFonts w:ascii="Times New Roman" w:hAnsi="Times New Roman" w:cs="Times New Roman"/>
          <w:sz w:val="24"/>
          <w:szCs w:val="24"/>
        </w:rPr>
        <w:t xml:space="preserve">omisję </w:t>
      </w:r>
      <w:r w:rsidR="000B0B0B" w:rsidRPr="00571512">
        <w:rPr>
          <w:rFonts w:ascii="Times New Roman" w:hAnsi="Times New Roman" w:cs="Times New Roman"/>
          <w:sz w:val="24"/>
          <w:szCs w:val="24"/>
        </w:rPr>
        <w:t>k</w:t>
      </w:r>
      <w:r w:rsidRPr="00571512">
        <w:rPr>
          <w:rFonts w:ascii="Times New Roman" w:hAnsi="Times New Roman" w:cs="Times New Roman"/>
          <w:sz w:val="24"/>
          <w:szCs w:val="24"/>
        </w:rPr>
        <w:t xml:space="preserve">onkursową do oceny sprawozdań szkół i wyłonienia </w:t>
      </w:r>
      <w:r w:rsidR="00103DE1">
        <w:rPr>
          <w:rFonts w:ascii="Times New Roman" w:hAnsi="Times New Roman" w:cs="Times New Roman"/>
          <w:sz w:val="24"/>
          <w:szCs w:val="24"/>
        </w:rPr>
        <w:t>L</w:t>
      </w:r>
      <w:r w:rsidRPr="00571512">
        <w:rPr>
          <w:rFonts w:ascii="Times New Roman" w:hAnsi="Times New Roman" w:cs="Times New Roman"/>
          <w:sz w:val="24"/>
          <w:szCs w:val="24"/>
        </w:rPr>
        <w:t xml:space="preserve">aureata </w:t>
      </w:r>
      <w:r w:rsidR="00103DE1">
        <w:rPr>
          <w:rFonts w:ascii="Times New Roman" w:hAnsi="Times New Roman" w:cs="Times New Roman"/>
          <w:sz w:val="24"/>
          <w:szCs w:val="24"/>
        </w:rPr>
        <w:t>W</w:t>
      </w:r>
      <w:r w:rsidRPr="00571512">
        <w:rPr>
          <w:rFonts w:ascii="Times New Roman" w:hAnsi="Times New Roman" w:cs="Times New Roman"/>
          <w:sz w:val="24"/>
          <w:szCs w:val="24"/>
        </w:rPr>
        <w:t>ojewódzkiego</w:t>
      </w:r>
      <w:r w:rsidR="00E7644B">
        <w:rPr>
          <w:rFonts w:ascii="Times New Roman" w:hAnsi="Times New Roman" w:cs="Times New Roman"/>
          <w:sz w:val="24"/>
          <w:szCs w:val="24"/>
        </w:rPr>
        <w:t>.</w:t>
      </w:r>
    </w:p>
    <w:p w14:paraId="60A8A0B2" w14:textId="77777777" w:rsidR="00571512" w:rsidRPr="00571512" w:rsidRDefault="008E48C1">
      <w:pPr>
        <w:pStyle w:val="Akapitzlist"/>
        <w:numPr>
          <w:ilvl w:val="0"/>
          <w:numId w:val="19"/>
        </w:numPr>
        <w:spacing w:after="0"/>
        <w:ind w:left="567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1512">
        <w:rPr>
          <w:rFonts w:ascii="Times New Roman" w:hAnsi="Times New Roman" w:cs="Times New Roman"/>
          <w:sz w:val="24"/>
          <w:szCs w:val="24"/>
        </w:rPr>
        <w:t xml:space="preserve">W skład komisji </w:t>
      </w:r>
      <w:r w:rsidR="00D56DD3" w:rsidRPr="00571512">
        <w:rPr>
          <w:rFonts w:ascii="Times New Roman" w:hAnsi="Times New Roman" w:cs="Times New Roman"/>
          <w:sz w:val="24"/>
          <w:szCs w:val="24"/>
        </w:rPr>
        <w:t xml:space="preserve">konkursowych </w:t>
      </w:r>
      <w:r w:rsidRPr="00571512">
        <w:rPr>
          <w:rFonts w:ascii="Times New Roman" w:hAnsi="Times New Roman" w:cs="Times New Roman"/>
          <w:sz w:val="24"/>
          <w:szCs w:val="24"/>
        </w:rPr>
        <w:t>mogą wejść przedstawiciele</w:t>
      </w:r>
      <w:r w:rsidR="000B0B0B" w:rsidRPr="00571512">
        <w:rPr>
          <w:rFonts w:ascii="Times New Roman" w:hAnsi="Times New Roman" w:cs="Times New Roman"/>
          <w:sz w:val="24"/>
          <w:szCs w:val="24"/>
        </w:rPr>
        <w:t xml:space="preserve"> komórek właściwych w sprawach</w:t>
      </w:r>
      <w:r w:rsidRPr="00571512">
        <w:rPr>
          <w:rFonts w:ascii="Times New Roman" w:hAnsi="Times New Roman" w:cs="Times New Roman"/>
          <w:sz w:val="24"/>
          <w:szCs w:val="24"/>
        </w:rPr>
        <w:t xml:space="preserve"> </w:t>
      </w:r>
      <w:r w:rsidR="000B0B0B" w:rsidRPr="00571512">
        <w:rPr>
          <w:rFonts w:ascii="Times New Roman" w:hAnsi="Times New Roman" w:cs="Times New Roman"/>
          <w:sz w:val="24"/>
          <w:szCs w:val="24"/>
        </w:rPr>
        <w:t>r</w:t>
      </w:r>
      <w:r w:rsidRPr="00571512">
        <w:rPr>
          <w:rFonts w:ascii="Times New Roman" w:hAnsi="Times New Roman" w:cs="Times New Roman"/>
          <w:sz w:val="24"/>
          <w:szCs w:val="24"/>
        </w:rPr>
        <w:t xml:space="preserve">uchu </w:t>
      </w:r>
      <w:r w:rsidR="000B0B0B" w:rsidRPr="00571512">
        <w:rPr>
          <w:rFonts w:ascii="Times New Roman" w:hAnsi="Times New Roman" w:cs="Times New Roman"/>
          <w:sz w:val="24"/>
          <w:szCs w:val="24"/>
        </w:rPr>
        <w:t>d</w:t>
      </w:r>
      <w:r w:rsidRPr="00571512">
        <w:rPr>
          <w:rFonts w:ascii="Times New Roman" w:hAnsi="Times New Roman" w:cs="Times New Roman"/>
          <w:sz w:val="24"/>
          <w:szCs w:val="24"/>
        </w:rPr>
        <w:t xml:space="preserve">rogowego, komórek właściwych do spraw profilaktyki społecznej, komunikacji </w:t>
      </w:r>
      <w:r w:rsidRPr="00571512">
        <w:rPr>
          <w:rFonts w:ascii="Times New Roman" w:hAnsi="Times New Roman" w:cs="Times New Roman"/>
          <w:sz w:val="24"/>
          <w:szCs w:val="24"/>
        </w:rPr>
        <w:lastRenderedPageBreak/>
        <w:t>społecznej, ochrony danych osobowych, oświaty, samorządu lub partnerów, o ile nie zachodzi konflikt interesów.</w:t>
      </w:r>
    </w:p>
    <w:p w14:paraId="50775EB2" w14:textId="08A4D639" w:rsidR="00571512" w:rsidRPr="00571512" w:rsidRDefault="008E48C1">
      <w:pPr>
        <w:pStyle w:val="Akapitzlist"/>
        <w:numPr>
          <w:ilvl w:val="0"/>
          <w:numId w:val="19"/>
        </w:numPr>
        <w:spacing w:after="0"/>
        <w:ind w:left="567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1512">
        <w:rPr>
          <w:rFonts w:ascii="Times New Roman" w:hAnsi="Times New Roman" w:cs="Times New Roman"/>
          <w:sz w:val="24"/>
          <w:szCs w:val="24"/>
        </w:rPr>
        <w:t xml:space="preserve">Członek komisji </w:t>
      </w:r>
      <w:r w:rsidR="00D56DD3" w:rsidRPr="00571512">
        <w:rPr>
          <w:rFonts w:ascii="Times New Roman" w:hAnsi="Times New Roman" w:cs="Times New Roman"/>
          <w:sz w:val="24"/>
          <w:szCs w:val="24"/>
        </w:rPr>
        <w:t xml:space="preserve">konkursowej </w:t>
      </w:r>
      <w:r w:rsidRPr="00571512">
        <w:rPr>
          <w:rFonts w:ascii="Times New Roman" w:hAnsi="Times New Roman" w:cs="Times New Roman"/>
          <w:sz w:val="24"/>
          <w:szCs w:val="24"/>
        </w:rPr>
        <w:t xml:space="preserve">składa oświadczenie o bezstronności i poufności </w:t>
      </w:r>
      <w:r w:rsidR="00A67AF7" w:rsidRPr="00571512">
        <w:rPr>
          <w:rFonts w:ascii="Times New Roman" w:hAnsi="Times New Roman" w:cs="Times New Roman"/>
          <w:sz w:val="24"/>
          <w:szCs w:val="24"/>
        </w:rPr>
        <w:br/>
      </w:r>
      <w:r w:rsidRPr="00571512">
        <w:rPr>
          <w:rFonts w:ascii="Times New Roman" w:hAnsi="Times New Roman" w:cs="Times New Roman"/>
          <w:sz w:val="24"/>
          <w:szCs w:val="24"/>
        </w:rPr>
        <w:t xml:space="preserve">oraz zobowiązuje się do wykorzystywania danych i materiałów konkursowych wyłącznie </w:t>
      </w:r>
      <w:r w:rsidR="0057151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71512">
        <w:rPr>
          <w:rFonts w:ascii="Times New Roman" w:hAnsi="Times New Roman" w:cs="Times New Roman"/>
          <w:sz w:val="24"/>
          <w:szCs w:val="24"/>
        </w:rPr>
        <w:t>w celu pracy komisji.</w:t>
      </w:r>
    </w:p>
    <w:p w14:paraId="58ED67E4" w14:textId="599DAF4B" w:rsidR="00463D21" w:rsidRPr="00571512" w:rsidRDefault="008E48C1">
      <w:pPr>
        <w:pStyle w:val="Akapitzlist"/>
        <w:numPr>
          <w:ilvl w:val="0"/>
          <w:numId w:val="19"/>
        </w:numPr>
        <w:spacing w:after="0"/>
        <w:ind w:left="567" w:hanging="425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71512">
        <w:rPr>
          <w:rFonts w:ascii="Times New Roman" w:hAnsi="Times New Roman" w:cs="Times New Roman"/>
          <w:sz w:val="24"/>
          <w:szCs w:val="24"/>
        </w:rPr>
        <w:t xml:space="preserve">Komisja dokonuje oceny na podstawie kryteriów określonych w regulaminie </w:t>
      </w:r>
      <w:r w:rsidR="00B37DB8" w:rsidRPr="00571512">
        <w:rPr>
          <w:rFonts w:ascii="Times New Roman" w:hAnsi="Times New Roman" w:cs="Times New Roman"/>
          <w:sz w:val="24"/>
          <w:szCs w:val="24"/>
        </w:rPr>
        <w:t>komend</w:t>
      </w:r>
      <w:r w:rsidR="00D009ED" w:rsidRPr="00571512">
        <w:rPr>
          <w:rFonts w:ascii="Times New Roman" w:hAnsi="Times New Roman" w:cs="Times New Roman"/>
          <w:sz w:val="24"/>
          <w:szCs w:val="24"/>
        </w:rPr>
        <w:t>y</w:t>
      </w:r>
      <w:r w:rsidR="00B37DB8" w:rsidRPr="00571512">
        <w:rPr>
          <w:rFonts w:ascii="Times New Roman" w:hAnsi="Times New Roman" w:cs="Times New Roman"/>
          <w:sz w:val="24"/>
          <w:szCs w:val="24"/>
        </w:rPr>
        <w:t xml:space="preserve"> wojewódzki</w:t>
      </w:r>
      <w:r w:rsidR="00D009ED" w:rsidRPr="00571512">
        <w:rPr>
          <w:rFonts w:ascii="Times New Roman" w:hAnsi="Times New Roman" w:cs="Times New Roman"/>
          <w:sz w:val="24"/>
          <w:szCs w:val="24"/>
        </w:rPr>
        <w:t>ej</w:t>
      </w:r>
      <w:r w:rsidR="00B37DB8" w:rsidRPr="00571512">
        <w:rPr>
          <w:rFonts w:ascii="Times New Roman" w:hAnsi="Times New Roman" w:cs="Times New Roman"/>
          <w:sz w:val="24"/>
          <w:szCs w:val="24"/>
        </w:rPr>
        <w:t xml:space="preserve"> Policji</w:t>
      </w:r>
      <w:r w:rsidR="00571512">
        <w:rPr>
          <w:rFonts w:ascii="Times New Roman" w:hAnsi="Times New Roman" w:cs="Times New Roman"/>
          <w:sz w:val="24"/>
          <w:szCs w:val="24"/>
        </w:rPr>
        <w:t xml:space="preserve"> w Krakowie</w:t>
      </w:r>
      <w:r w:rsidRPr="00571512">
        <w:rPr>
          <w:rFonts w:ascii="Times New Roman" w:hAnsi="Times New Roman" w:cs="Times New Roman"/>
          <w:sz w:val="24"/>
          <w:szCs w:val="24"/>
        </w:rPr>
        <w:t>,</w:t>
      </w:r>
      <w:r w:rsidR="00104CD3" w:rsidRPr="00571512">
        <w:rPr>
          <w:rFonts w:ascii="Times New Roman" w:hAnsi="Times New Roman" w:cs="Times New Roman"/>
          <w:sz w:val="24"/>
          <w:szCs w:val="24"/>
        </w:rPr>
        <w:t xml:space="preserve"> </w:t>
      </w:r>
      <w:r w:rsidRPr="00571512">
        <w:rPr>
          <w:rFonts w:ascii="Times New Roman" w:hAnsi="Times New Roman" w:cs="Times New Roman"/>
          <w:sz w:val="24"/>
          <w:szCs w:val="24"/>
        </w:rPr>
        <w:t>zgodnych z kryteriami ogólnopolskimi oraz sporządza protokół</w:t>
      </w:r>
      <w:r w:rsidR="000B0B0B" w:rsidRPr="00571512">
        <w:rPr>
          <w:rFonts w:ascii="Times New Roman" w:hAnsi="Times New Roman" w:cs="Times New Roman"/>
          <w:sz w:val="24"/>
          <w:szCs w:val="24"/>
        </w:rPr>
        <w:t xml:space="preserve"> </w:t>
      </w:r>
      <w:r w:rsidRPr="00571512">
        <w:rPr>
          <w:rFonts w:ascii="Times New Roman" w:hAnsi="Times New Roman" w:cs="Times New Roman"/>
          <w:sz w:val="24"/>
          <w:szCs w:val="24"/>
        </w:rPr>
        <w:t xml:space="preserve">z wyboru </w:t>
      </w:r>
      <w:r w:rsidR="00B74521">
        <w:rPr>
          <w:rFonts w:ascii="Times New Roman" w:hAnsi="Times New Roman" w:cs="Times New Roman"/>
          <w:sz w:val="24"/>
          <w:szCs w:val="24"/>
        </w:rPr>
        <w:t>L</w:t>
      </w:r>
      <w:r w:rsidRPr="00571512">
        <w:rPr>
          <w:rFonts w:ascii="Times New Roman" w:hAnsi="Times New Roman" w:cs="Times New Roman"/>
          <w:sz w:val="24"/>
          <w:szCs w:val="24"/>
        </w:rPr>
        <w:t xml:space="preserve">aureata </w:t>
      </w:r>
      <w:r w:rsidR="00B74521">
        <w:rPr>
          <w:rFonts w:ascii="Times New Roman" w:hAnsi="Times New Roman" w:cs="Times New Roman"/>
          <w:sz w:val="24"/>
          <w:szCs w:val="24"/>
        </w:rPr>
        <w:t>W</w:t>
      </w:r>
      <w:r w:rsidRPr="00571512">
        <w:rPr>
          <w:rFonts w:ascii="Times New Roman" w:hAnsi="Times New Roman" w:cs="Times New Roman"/>
          <w:sz w:val="24"/>
          <w:szCs w:val="24"/>
        </w:rPr>
        <w:t>ojewódzkiego</w:t>
      </w:r>
      <w:r w:rsidR="00571512">
        <w:rPr>
          <w:rFonts w:ascii="Times New Roman" w:hAnsi="Times New Roman" w:cs="Times New Roman"/>
          <w:sz w:val="24"/>
          <w:szCs w:val="24"/>
        </w:rPr>
        <w:t>.</w:t>
      </w:r>
    </w:p>
    <w:p w14:paraId="26B77D4E" w14:textId="77777777" w:rsidR="00463D21" w:rsidRPr="00571512" w:rsidRDefault="008E48C1" w:rsidP="00007F54">
      <w:pPr>
        <w:pStyle w:val="Nagwek2"/>
        <w:spacing w:before="240" w:after="120"/>
        <w:jc w:val="both"/>
        <w:rPr>
          <w:rFonts w:ascii="Times New Roman" w:hAnsi="Times New Roman" w:cs="Times New Roman"/>
          <w:color w:val="1808EA"/>
          <w:szCs w:val="24"/>
        </w:rPr>
      </w:pPr>
      <w:r w:rsidRPr="00571512">
        <w:rPr>
          <w:rFonts w:ascii="Times New Roman" w:hAnsi="Times New Roman" w:cs="Times New Roman"/>
          <w:color w:val="1808EA"/>
          <w:szCs w:val="24"/>
        </w:rPr>
        <w:t>2. Komisja ogólnopolska</w:t>
      </w:r>
    </w:p>
    <w:p w14:paraId="684EED41" w14:textId="33AF7580" w:rsidR="00463D21" w:rsidRPr="002F7ED6" w:rsidRDefault="008E48C1">
      <w:pPr>
        <w:pStyle w:val="Listanumerowan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Komendant Główny Policji powołuje </w:t>
      </w:r>
      <w:r w:rsidR="000B0B0B">
        <w:rPr>
          <w:rFonts w:ascii="Times New Roman" w:hAnsi="Times New Roman" w:cs="Times New Roman"/>
          <w:sz w:val="24"/>
          <w:szCs w:val="24"/>
        </w:rPr>
        <w:t>k</w:t>
      </w:r>
      <w:r w:rsidRPr="002F7ED6">
        <w:rPr>
          <w:rFonts w:ascii="Times New Roman" w:hAnsi="Times New Roman" w:cs="Times New Roman"/>
          <w:sz w:val="24"/>
          <w:szCs w:val="24"/>
        </w:rPr>
        <w:t xml:space="preserve">omisję </w:t>
      </w:r>
      <w:r w:rsidR="000B0B0B">
        <w:rPr>
          <w:rFonts w:ascii="Times New Roman" w:hAnsi="Times New Roman" w:cs="Times New Roman"/>
          <w:sz w:val="24"/>
          <w:szCs w:val="24"/>
        </w:rPr>
        <w:t>k</w:t>
      </w:r>
      <w:r w:rsidRPr="002F7ED6">
        <w:rPr>
          <w:rFonts w:ascii="Times New Roman" w:hAnsi="Times New Roman" w:cs="Times New Roman"/>
          <w:sz w:val="24"/>
          <w:szCs w:val="24"/>
        </w:rPr>
        <w:t xml:space="preserve">onkursową Komendanta Głównego Policji </w:t>
      </w:r>
      <w:r w:rsidR="00007F54">
        <w:rPr>
          <w:rFonts w:ascii="Times New Roman" w:hAnsi="Times New Roman" w:cs="Times New Roman"/>
          <w:sz w:val="24"/>
          <w:szCs w:val="24"/>
        </w:rPr>
        <w:br/>
      </w:r>
      <w:r w:rsidRPr="002F7ED6">
        <w:rPr>
          <w:rFonts w:ascii="Times New Roman" w:hAnsi="Times New Roman" w:cs="Times New Roman"/>
          <w:sz w:val="24"/>
          <w:szCs w:val="24"/>
        </w:rPr>
        <w:t>do wyboru Ogólnopolskiego Laureata Konkursu.</w:t>
      </w:r>
    </w:p>
    <w:p w14:paraId="36F0C13D" w14:textId="6060E6F6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Komisja</w:t>
      </w:r>
      <w:r w:rsidR="001041B7">
        <w:rPr>
          <w:rFonts w:ascii="Times New Roman" w:hAnsi="Times New Roman" w:cs="Times New Roman"/>
          <w:sz w:val="24"/>
          <w:szCs w:val="24"/>
        </w:rPr>
        <w:t xml:space="preserve"> konkursowa</w:t>
      </w:r>
      <w:r w:rsidRPr="002F7ED6">
        <w:rPr>
          <w:rFonts w:ascii="Times New Roman" w:hAnsi="Times New Roman" w:cs="Times New Roman"/>
          <w:sz w:val="24"/>
          <w:szCs w:val="24"/>
        </w:rPr>
        <w:t xml:space="preserve"> KGP ocenia laureatów wojewódzkich/stołecznego na podstawie materiałów przekazanych przez </w:t>
      </w:r>
      <w:r w:rsidR="00B37DB8">
        <w:rPr>
          <w:rFonts w:ascii="Times New Roman" w:hAnsi="Times New Roman" w:cs="Times New Roman"/>
          <w:sz w:val="24"/>
          <w:szCs w:val="24"/>
        </w:rPr>
        <w:t>komendy wojewódzkie/</w:t>
      </w:r>
      <w:r w:rsidR="00B74521">
        <w:rPr>
          <w:rFonts w:ascii="Times New Roman" w:hAnsi="Times New Roman" w:cs="Times New Roman"/>
          <w:sz w:val="24"/>
          <w:szCs w:val="24"/>
        </w:rPr>
        <w:t>s</w:t>
      </w:r>
      <w:r w:rsidR="00B37DB8">
        <w:rPr>
          <w:rFonts w:ascii="Times New Roman" w:hAnsi="Times New Roman" w:cs="Times New Roman"/>
          <w:sz w:val="24"/>
          <w:szCs w:val="24"/>
        </w:rPr>
        <w:t>tołeczn</w:t>
      </w:r>
      <w:r w:rsidR="00D009ED">
        <w:rPr>
          <w:rFonts w:ascii="Times New Roman" w:hAnsi="Times New Roman" w:cs="Times New Roman"/>
          <w:sz w:val="24"/>
          <w:szCs w:val="24"/>
        </w:rPr>
        <w:t>ą</w:t>
      </w:r>
      <w:r w:rsidR="00B37DB8">
        <w:rPr>
          <w:rFonts w:ascii="Times New Roman" w:hAnsi="Times New Roman" w:cs="Times New Roman"/>
          <w:sz w:val="24"/>
          <w:szCs w:val="24"/>
        </w:rPr>
        <w:t xml:space="preserve"> Policji</w:t>
      </w:r>
      <w:r w:rsidRPr="002F7ED6">
        <w:rPr>
          <w:rFonts w:ascii="Times New Roman" w:hAnsi="Times New Roman" w:cs="Times New Roman"/>
          <w:sz w:val="24"/>
          <w:szCs w:val="24"/>
        </w:rPr>
        <w:t>, kryteriów punktowych oraz kryteriów dodatkowych dotyczących jakości, innowacyjności, możliwości wdrożenia dobrych praktyk</w:t>
      </w:r>
      <w:r w:rsidR="00D009ED">
        <w:rPr>
          <w:rFonts w:ascii="Times New Roman" w:hAnsi="Times New Roman" w:cs="Times New Roman"/>
          <w:sz w:val="24"/>
          <w:szCs w:val="24"/>
        </w:rPr>
        <w:t xml:space="preserve"> </w:t>
      </w:r>
      <w:r w:rsidRPr="002F7ED6">
        <w:rPr>
          <w:rFonts w:ascii="Times New Roman" w:hAnsi="Times New Roman" w:cs="Times New Roman"/>
          <w:sz w:val="24"/>
          <w:szCs w:val="24"/>
        </w:rPr>
        <w:t>i wpływu działań na bezpieczeństwo dzieci</w:t>
      </w:r>
      <w:r w:rsidR="00584AC6">
        <w:rPr>
          <w:rFonts w:ascii="Times New Roman" w:hAnsi="Times New Roman" w:cs="Times New Roman"/>
          <w:sz w:val="24"/>
          <w:szCs w:val="24"/>
        </w:rPr>
        <w:t xml:space="preserve"> jako uczestników ruchu drogowego</w:t>
      </w:r>
      <w:r w:rsidRPr="002F7ED6">
        <w:rPr>
          <w:rFonts w:ascii="Times New Roman" w:hAnsi="Times New Roman" w:cs="Times New Roman"/>
          <w:sz w:val="24"/>
          <w:szCs w:val="24"/>
        </w:rPr>
        <w:t>.</w:t>
      </w:r>
    </w:p>
    <w:p w14:paraId="133D6377" w14:textId="77777777" w:rsidR="00463D21" w:rsidRPr="004553B0" w:rsidRDefault="008E48C1" w:rsidP="00007F54">
      <w:pPr>
        <w:pStyle w:val="Nagwek2"/>
        <w:spacing w:before="240" w:after="120"/>
        <w:jc w:val="both"/>
        <w:rPr>
          <w:rFonts w:ascii="Times New Roman" w:hAnsi="Times New Roman" w:cs="Times New Roman"/>
          <w:color w:val="1808EA"/>
          <w:szCs w:val="24"/>
        </w:rPr>
      </w:pPr>
      <w:r w:rsidRPr="004553B0">
        <w:rPr>
          <w:rFonts w:ascii="Times New Roman" w:hAnsi="Times New Roman" w:cs="Times New Roman"/>
          <w:color w:val="1808EA"/>
          <w:szCs w:val="24"/>
        </w:rPr>
        <w:t>3. Kryteria oceny</w:t>
      </w:r>
    </w:p>
    <w:p w14:paraId="08E7C7F2" w14:textId="5706CF67" w:rsidR="00723FFC" w:rsidRPr="00723FFC" w:rsidRDefault="00723FFC" w:rsidP="00723FFC">
      <w:pPr>
        <w:jc w:val="both"/>
        <w:rPr>
          <w:rFonts w:ascii="Times New Roman" w:hAnsi="Times New Roman" w:cs="Times New Roman"/>
          <w:sz w:val="24"/>
          <w:szCs w:val="24"/>
        </w:rPr>
      </w:pPr>
      <w:r w:rsidRPr="00723FFC">
        <w:rPr>
          <w:rFonts w:ascii="Times New Roman" w:hAnsi="Times New Roman" w:cs="Times New Roman"/>
          <w:sz w:val="24"/>
          <w:szCs w:val="24"/>
        </w:rPr>
        <w:t>Ocena działań konkursowych prowadzona jest według kryteriów określonych w Regulaminie,</w:t>
      </w:r>
      <w:r w:rsidR="003B746B">
        <w:rPr>
          <w:rFonts w:ascii="Times New Roman" w:hAnsi="Times New Roman" w:cs="Times New Roman"/>
          <w:sz w:val="24"/>
          <w:szCs w:val="24"/>
        </w:rPr>
        <w:br/>
      </w:r>
      <w:r w:rsidRPr="00723FFC">
        <w:rPr>
          <w:rFonts w:ascii="Times New Roman" w:hAnsi="Times New Roman" w:cs="Times New Roman"/>
          <w:sz w:val="24"/>
          <w:szCs w:val="24"/>
        </w:rPr>
        <w:t xml:space="preserve">z uwzględnieniem stopnia realizacji celów Konkursu, zaangażowania społeczności szkolnej </w:t>
      </w:r>
      <w:r w:rsidR="00007F54">
        <w:rPr>
          <w:rFonts w:ascii="Times New Roman" w:hAnsi="Times New Roman" w:cs="Times New Roman"/>
          <w:sz w:val="24"/>
          <w:szCs w:val="24"/>
        </w:rPr>
        <w:br/>
      </w:r>
      <w:r w:rsidRPr="00723FFC">
        <w:rPr>
          <w:rFonts w:ascii="Times New Roman" w:hAnsi="Times New Roman" w:cs="Times New Roman"/>
          <w:sz w:val="24"/>
          <w:szCs w:val="24"/>
        </w:rPr>
        <w:t>oraz jakości przedstawionego sprawozdania.</w:t>
      </w:r>
    </w:p>
    <w:p w14:paraId="555EC909" w14:textId="77777777" w:rsidR="00723FFC" w:rsidRPr="00723FFC" w:rsidRDefault="00723FFC" w:rsidP="00723FFC">
      <w:pPr>
        <w:jc w:val="both"/>
        <w:rPr>
          <w:rFonts w:ascii="Times New Roman" w:hAnsi="Times New Roman" w:cs="Times New Roman"/>
          <w:sz w:val="24"/>
          <w:szCs w:val="24"/>
        </w:rPr>
      </w:pPr>
      <w:r w:rsidRPr="00723FFC">
        <w:rPr>
          <w:rFonts w:ascii="Times New Roman" w:hAnsi="Times New Roman" w:cs="Times New Roman"/>
          <w:sz w:val="24"/>
          <w:szCs w:val="24"/>
        </w:rPr>
        <w:t>Przy ocenie działań konkursowych uwzględnia się następujące kryteria:</w:t>
      </w:r>
    </w:p>
    <w:p w14:paraId="30533244" w14:textId="3073C0F5" w:rsidR="00723FFC" w:rsidRPr="00723FFC" w:rsidRDefault="00723FFC">
      <w:pPr>
        <w:pStyle w:val="Akapitzlist"/>
        <w:numPr>
          <w:ilvl w:val="0"/>
          <w:numId w:val="1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3FFC">
        <w:rPr>
          <w:rFonts w:ascii="Times New Roman" w:hAnsi="Times New Roman" w:cs="Times New Roman"/>
          <w:sz w:val="24"/>
          <w:szCs w:val="24"/>
        </w:rPr>
        <w:t xml:space="preserve">wyposażenie uczniów w kamizelki odblaskowe </w:t>
      </w:r>
      <w:r w:rsidR="00007F54">
        <w:rPr>
          <w:rFonts w:ascii="Times New Roman" w:hAnsi="Times New Roman" w:cs="Times New Roman"/>
          <w:sz w:val="24"/>
          <w:szCs w:val="24"/>
        </w:rPr>
        <w:t>–</w:t>
      </w:r>
      <w:r w:rsidR="00007F54" w:rsidRPr="00723FFC">
        <w:rPr>
          <w:rFonts w:ascii="Times New Roman" w:hAnsi="Times New Roman" w:cs="Times New Roman"/>
          <w:sz w:val="24"/>
          <w:szCs w:val="24"/>
        </w:rPr>
        <w:t xml:space="preserve"> </w:t>
      </w:r>
      <w:r w:rsidRPr="00723FFC">
        <w:rPr>
          <w:rFonts w:ascii="Times New Roman" w:hAnsi="Times New Roman" w:cs="Times New Roman"/>
          <w:sz w:val="24"/>
          <w:szCs w:val="24"/>
        </w:rPr>
        <w:t xml:space="preserve">oceniane według procentowego udziału uczniów wyposażonych w kamizelki odblaskowe w stosunku do ogólnej liczby uczniów szkoły; </w:t>
      </w:r>
    </w:p>
    <w:p w14:paraId="02BC25EF" w14:textId="57A65421" w:rsidR="00723FFC" w:rsidRPr="00723FFC" w:rsidRDefault="00723FFC">
      <w:pPr>
        <w:pStyle w:val="Akapitzlist"/>
        <w:numPr>
          <w:ilvl w:val="0"/>
          <w:numId w:val="1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3FFC">
        <w:rPr>
          <w:rFonts w:ascii="Times New Roman" w:hAnsi="Times New Roman" w:cs="Times New Roman"/>
          <w:sz w:val="24"/>
          <w:szCs w:val="24"/>
        </w:rPr>
        <w:t xml:space="preserve">wyposażenie uczniów w inne elementy odblaskowe </w:t>
      </w:r>
      <w:r w:rsidR="00007F54">
        <w:rPr>
          <w:rFonts w:ascii="Times New Roman" w:hAnsi="Times New Roman" w:cs="Times New Roman"/>
          <w:sz w:val="24"/>
          <w:szCs w:val="24"/>
        </w:rPr>
        <w:t>–</w:t>
      </w:r>
      <w:r w:rsidR="00007F54" w:rsidRPr="00723FFC">
        <w:rPr>
          <w:rFonts w:ascii="Times New Roman" w:hAnsi="Times New Roman" w:cs="Times New Roman"/>
          <w:sz w:val="24"/>
          <w:szCs w:val="24"/>
        </w:rPr>
        <w:t xml:space="preserve"> </w:t>
      </w:r>
      <w:r w:rsidRPr="00723FFC">
        <w:rPr>
          <w:rFonts w:ascii="Times New Roman" w:hAnsi="Times New Roman" w:cs="Times New Roman"/>
          <w:sz w:val="24"/>
          <w:szCs w:val="24"/>
        </w:rPr>
        <w:t xml:space="preserve">oceniane według procentowego udziału uczniów wyposażonych w inne elementy odblaskowe, w szczególności opaski, breloki, zawieszki, taśmy, naklejki lub inne elementy poprawiające widoczność uczestnika ruchu drogowego; </w:t>
      </w:r>
    </w:p>
    <w:p w14:paraId="07080364" w14:textId="6F3D2D87" w:rsidR="00723FFC" w:rsidRPr="00723FFC" w:rsidRDefault="00723FFC">
      <w:pPr>
        <w:pStyle w:val="Akapitzlist"/>
        <w:numPr>
          <w:ilvl w:val="0"/>
          <w:numId w:val="1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3FFC">
        <w:rPr>
          <w:rFonts w:ascii="Times New Roman" w:hAnsi="Times New Roman" w:cs="Times New Roman"/>
          <w:sz w:val="24"/>
          <w:szCs w:val="24"/>
        </w:rPr>
        <w:t xml:space="preserve">organizację konkursu plastycznego lub innej pracy twórczej </w:t>
      </w:r>
      <w:r w:rsidR="00007F54">
        <w:rPr>
          <w:rFonts w:ascii="Times New Roman" w:hAnsi="Times New Roman" w:cs="Times New Roman"/>
          <w:sz w:val="24"/>
          <w:szCs w:val="24"/>
        </w:rPr>
        <w:t>–</w:t>
      </w:r>
      <w:r w:rsidR="00007F54" w:rsidRPr="00723FFC">
        <w:rPr>
          <w:rFonts w:ascii="Times New Roman" w:hAnsi="Times New Roman" w:cs="Times New Roman"/>
          <w:sz w:val="24"/>
          <w:szCs w:val="24"/>
        </w:rPr>
        <w:t xml:space="preserve"> </w:t>
      </w:r>
      <w:r w:rsidRPr="00723FFC">
        <w:rPr>
          <w:rFonts w:ascii="Times New Roman" w:hAnsi="Times New Roman" w:cs="Times New Roman"/>
          <w:sz w:val="24"/>
          <w:szCs w:val="24"/>
        </w:rPr>
        <w:t xml:space="preserve">ocenianą z uwzględnieniem zakresu działania, sposobu jego przeprowadzenia oraz liczby zaangażowanych uczniów; </w:t>
      </w:r>
    </w:p>
    <w:p w14:paraId="5976C455" w14:textId="78C8F6A4" w:rsidR="00723FFC" w:rsidRPr="00723FFC" w:rsidRDefault="00723FFC">
      <w:pPr>
        <w:pStyle w:val="Akapitzlist"/>
        <w:numPr>
          <w:ilvl w:val="0"/>
          <w:numId w:val="1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3FFC">
        <w:rPr>
          <w:rFonts w:ascii="Times New Roman" w:hAnsi="Times New Roman" w:cs="Times New Roman"/>
          <w:sz w:val="24"/>
          <w:szCs w:val="24"/>
        </w:rPr>
        <w:t xml:space="preserve">organizację konkursu wiedzy o bezpieczeństwie ruchu drogowego </w:t>
      </w:r>
      <w:r w:rsidR="00007F54">
        <w:rPr>
          <w:rFonts w:ascii="Times New Roman" w:hAnsi="Times New Roman" w:cs="Times New Roman"/>
          <w:sz w:val="24"/>
          <w:szCs w:val="24"/>
        </w:rPr>
        <w:t>–</w:t>
      </w:r>
      <w:r w:rsidR="00007F54" w:rsidRPr="00723FFC">
        <w:rPr>
          <w:rFonts w:ascii="Times New Roman" w:hAnsi="Times New Roman" w:cs="Times New Roman"/>
          <w:sz w:val="24"/>
          <w:szCs w:val="24"/>
        </w:rPr>
        <w:t xml:space="preserve"> </w:t>
      </w:r>
      <w:r w:rsidRPr="00723FFC">
        <w:rPr>
          <w:rFonts w:ascii="Times New Roman" w:hAnsi="Times New Roman" w:cs="Times New Roman"/>
          <w:sz w:val="24"/>
          <w:szCs w:val="24"/>
        </w:rPr>
        <w:t>ocenianą</w:t>
      </w:r>
      <w:r w:rsidR="00007F54">
        <w:rPr>
          <w:rFonts w:ascii="Times New Roman" w:hAnsi="Times New Roman" w:cs="Times New Roman"/>
          <w:sz w:val="24"/>
          <w:szCs w:val="24"/>
        </w:rPr>
        <w:t xml:space="preserve"> </w:t>
      </w:r>
      <w:r w:rsidRPr="00723FFC">
        <w:rPr>
          <w:rFonts w:ascii="Times New Roman" w:hAnsi="Times New Roman" w:cs="Times New Roman"/>
          <w:sz w:val="24"/>
          <w:szCs w:val="24"/>
        </w:rPr>
        <w:t xml:space="preserve">z uwzględnieniem zakresu tematycznego, sposobu przeprowadzenia konkursu oraz liczby uczestników; </w:t>
      </w:r>
    </w:p>
    <w:p w14:paraId="3C56D9C5" w14:textId="4565A011" w:rsidR="00723FFC" w:rsidRPr="00723FFC" w:rsidRDefault="00723FFC">
      <w:pPr>
        <w:pStyle w:val="Akapitzlist"/>
        <w:numPr>
          <w:ilvl w:val="0"/>
          <w:numId w:val="1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3FFC">
        <w:rPr>
          <w:rFonts w:ascii="Times New Roman" w:hAnsi="Times New Roman" w:cs="Times New Roman"/>
          <w:sz w:val="24"/>
          <w:szCs w:val="24"/>
        </w:rPr>
        <w:t xml:space="preserve">prowadzenie zajęć edukacyjnych i pozalekcyjnych dotyczących bezpieczeństwa w ruchu drogowym oceniane z uwzględnieniem regularności działań, liczby godzin, liczby uczestników oraz udziału Policji, partnerów lub innych podmiotów wspierających działania edukacyjne; </w:t>
      </w:r>
    </w:p>
    <w:p w14:paraId="6AED3082" w14:textId="19451AA6" w:rsidR="00723FFC" w:rsidRPr="00723FFC" w:rsidRDefault="00723FFC">
      <w:pPr>
        <w:pStyle w:val="Akapitzlist"/>
        <w:numPr>
          <w:ilvl w:val="0"/>
          <w:numId w:val="1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3FFC">
        <w:rPr>
          <w:rFonts w:ascii="Times New Roman" w:hAnsi="Times New Roman" w:cs="Times New Roman"/>
          <w:sz w:val="24"/>
          <w:szCs w:val="24"/>
        </w:rPr>
        <w:t xml:space="preserve">realizację przedsięwzięć promujących bezpieczeństwo w ruchu drogowym </w:t>
      </w:r>
      <w:r w:rsidR="003B746B">
        <w:rPr>
          <w:rFonts w:ascii="Times New Roman" w:hAnsi="Times New Roman" w:cs="Times New Roman"/>
          <w:sz w:val="24"/>
          <w:szCs w:val="24"/>
        </w:rPr>
        <w:t>–</w:t>
      </w:r>
      <w:r w:rsidRPr="00723FFC">
        <w:rPr>
          <w:rFonts w:ascii="Times New Roman" w:hAnsi="Times New Roman" w:cs="Times New Roman"/>
          <w:sz w:val="24"/>
          <w:szCs w:val="24"/>
        </w:rPr>
        <w:t xml:space="preserve"> ocenianą</w:t>
      </w:r>
      <w:r w:rsidR="003B746B">
        <w:rPr>
          <w:rFonts w:ascii="Times New Roman" w:hAnsi="Times New Roman" w:cs="Times New Roman"/>
          <w:sz w:val="24"/>
          <w:szCs w:val="24"/>
        </w:rPr>
        <w:br/>
      </w:r>
      <w:r w:rsidRPr="00723FFC">
        <w:rPr>
          <w:rFonts w:ascii="Times New Roman" w:hAnsi="Times New Roman" w:cs="Times New Roman"/>
          <w:sz w:val="24"/>
          <w:szCs w:val="24"/>
        </w:rPr>
        <w:t>z uwzględnieniem zasięgu, innowacyjności, zaangażowania rodziców</w:t>
      </w:r>
      <w:r w:rsidR="001041B7">
        <w:rPr>
          <w:rFonts w:ascii="Times New Roman" w:hAnsi="Times New Roman" w:cs="Times New Roman"/>
          <w:sz w:val="24"/>
          <w:szCs w:val="24"/>
        </w:rPr>
        <w:t>/</w:t>
      </w:r>
      <w:r w:rsidRPr="00723FFC">
        <w:rPr>
          <w:rFonts w:ascii="Times New Roman" w:hAnsi="Times New Roman" w:cs="Times New Roman"/>
          <w:sz w:val="24"/>
          <w:szCs w:val="24"/>
        </w:rPr>
        <w:t xml:space="preserve">opiekunów prawnych, samorządu lokalnego oraz społeczności lokalnej; </w:t>
      </w:r>
    </w:p>
    <w:p w14:paraId="286AD22E" w14:textId="17D1925D" w:rsidR="00723FFC" w:rsidRPr="00723FFC" w:rsidRDefault="00723FFC">
      <w:pPr>
        <w:pStyle w:val="Akapitzlist"/>
        <w:numPr>
          <w:ilvl w:val="0"/>
          <w:numId w:val="1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3FFC">
        <w:rPr>
          <w:rFonts w:ascii="Times New Roman" w:hAnsi="Times New Roman" w:cs="Times New Roman"/>
          <w:sz w:val="24"/>
          <w:szCs w:val="24"/>
        </w:rPr>
        <w:t xml:space="preserve">działania innowacyjne i dobre praktyki </w:t>
      </w:r>
      <w:r w:rsidR="00007F54">
        <w:rPr>
          <w:rFonts w:ascii="Times New Roman" w:hAnsi="Times New Roman" w:cs="Times New Roman"/>
          <w:sz w:val="24"/>
          <w:szCs w:val="24"/>
        </w:rPr>
        <w:t>–</w:t>
      </w:r>
      <w:r w:rsidR="00007F54" w:rsidRPr="00723FFC">
        <w:rPr>
          <w:rFonts w:ascii="Times New Roman" w:hAnsi="Times New Roman" w:cs="Times New Roman"/>
          <w:sz w:val="24"/>
          <w:szCs w:val="24"/>
        </w:rPr>
        <w:t xml:space="preserve"> </w:t>
      </w:r>
      <w:r w:rsidRPr="00723FFC">
        <w:rPr>
          <w:rFonts w:ascii="Times New Roman" w:hAnsi="Times New Roman" w:cs="Times New Roman"/>
          <w:sz w:val="24"/>
          <w:szCs w:val="24"/>
        </w:rPr>
        <w:t xml:space="preserve">oceniane z uwzględnieniem ich skuteczności, trwałości, waloru edukacyjnego oraz możliwości wykorzystania lub powielenia w innych szkołach, gminach, powiatach albo województwach; </w:t>
      </w:r>
    </w:p>
    <w:p w14:paraId="250DF85E" w14:textId="1984B27B" w:rsidR="00723FFC" w:rsidRPr="00723FFC" w:rsidRDefault="00723FFC">
      <w:pPr>
        <w:pStyle w:val="Akapitzlist"/>
        <w:numPr>
          <w:ilvl w:val="0"/>
          <w:numId w:val="18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723FFC">
        <w:rPr>
          <w:rFonts w:ascii="Times New Roman" w:hAnsi="Times New Roman" w:cs="Times New Roman"/>
          <w:sz w:val="24"/>
          <w:szCs w:val="24"/>
        </w:rPr>
        <w:lastRenderedPageBreak/>
        <w:t xml:space="preserve">jakość sprawozdania i materiałów przekazanych przez </w:t>
      </w:r>
      <w:r w:rsidR="001041B7">
        <w:rPr>
          <w:rFonts w:ascii="Times New Roman" w:hAnsi="Times New Roman" w:cs="Times New Roman"/>
          <w:sz w:val="24"/>
          <w:szCs w:val="24"/>
        </w:rPr>
        <w:t>U</w:t>
      </w:r>
      <w:r w:rsidRPr="00723FFC">
        <w:rPr>
          <w:rFonts w:ascii="Times New Roman" w:hAnsi="Times New Roman" w:cs="Times New Roman"/>
          <w:sz w:val="24"/>
          <w:szCs w:val="24"/>
        </w:rPr>
        <w:t xml:space="preserve">czestnika Konkursu </w:t>
      </w:r>
      <w:r w:rsidR="003B746B">
        <w:rPr>
          <w:rFonts w:ascii="Times New Roman" w:hAnsi="Times New Roman" w:cs="Times New Roman"/>
          <w:sz w:val="24"/>
          <w:szCs w:val="24"/>
        </w:rPr>
        <w:t>–</w:t>
      </w:r>
      <w:r w:rsidRPr="00723FFC">
        <w:rPr>
          <w:rFonts w:ascii="Times New Roman" w:hAnsi="Times New Roman" w:cs="Times New Roman"/>
          <w:sz w:val="24"/>
          <w:szCs w:val="24"/>
        </w:rPr>
        <w:t xml:space="preserve"> ocenianą</w:t>
      </w:r>
      <w:r w:rsidR="003B746B">
        <w:rPr>
          <w:rFonts w:ascii="Times New Roman" w:hAnsi="Times New Roman" w:cs="Times New Roman"/>
          <w:sz w:val="24"/>
          <w:szCs w:val="24"/>
        </w:rPr>
        <w:br/>
      </w:r>
      <w:r w:rsidRPr="00723FFC">
        <w:rPr>
          <w:rFonts w:ascii="Times New Roman" w:hAnsi="Times New Roman" w:cs="Times New Roman"/>
          <w:sz w:val="24"/>
          <w:szCs w:val="24"/>
        </w:rPr>
        <w:t>z uwzględnieniem rzetelności, kompletności, przejrzystości, zgodności z Regulaminem, braku danych nadmiarowych oraz poprawności przekazanych zgód, oświadczeń i innych wymaganych dokumentów</w:t>
      </w:r>
      <w:r w:rsidR="003B76D6">
        <w:rPr>
          <w:rFonts w:ascii="Times New Roman" w:hAnsi="Times New Roman" w:cs="Times New Roman"/>
          <w:sz w:val="24"/>
          <w:szCs w:val="24"/>
        </w:rPr>
        <w:t>.</w:t>
      </w:r>
      <w:r w:rsidRPr="00723F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EAE055" w14:textId="05404DD3" w:rsidR="003D3A6D" w:rsidRPr="00C25EB4" w:rsidRDefault="008E48C1" w:rsidP="00007F54">
      <w:pPr>
        <w:pStyle w:val="Nagwek1"/>
        <w:spacing w:before="240" w:after="240"/>
        <w:jc w:val="both"/>
        <w:rPr>
          <w:rFonts w:ascii="Times New Roman" w:hAnsi="Times New Roman" w:cs="Times New Roman"/>
          <w:color w:val="1808EA"/>
          <w:sz w:val="24"/>
          <w:szCs w:val="24"/>
        </w:rPr>
      </w:pPr>
      <w:r w:rsidRPr="00C25EB4">
        <w:rPr>
          <w:rFonts w:ascii="Times New Roman" w:hAnsi="Times New Roman" w:cs="Times New Roman"/>
          <w:color w:val="1808EA"/>
          <w:sz w:val="24"/>
          <w:szCs w:val="24"/>
        </w:rPr>
        <w:t>VI. Dokumentacja, sprawozdania i materiały konkursowe</w:t>
      </w:r>
    </w:p>
    <w:p w14:paraId="2F87E556" w14:textId="0708A9ED" w:rsidR="00463D21" w:rsidRPr="002F7ED6" w:rsidRDefault="008E48C1">
      <w:pPr>
        <w:pStyle w:val="Listanumerowana"/>
        <w:numPr>
          <w:ilvl w:val="0"/>
          <w:numId w:val="10"/>
        </w:numPr>
        <w:spacing w:after="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Sprawozdanie szkoły powinno zawierać wyłącznie dane niezbędne do oceny działań,</w:t>
      </w:r>
      <w:r w:rsidR="003B746B">
        <w:rPr>
          <w:rFonts w:ascii="Times New Roman" w:hAnsi="Times New Roman" w:cs="Times New Roman"/>
          <w:sz w:val="24"/>
          <w:szCs w:val="24"/>
        </w:rPr>
        <w:br/>
      </w:r>
      <w:r w:rsidRPr="002F7ED6">
        <w:rPr>
          <w:rFonts w:ascii="Times New Roman" w:hAnsi="Times New Roman" w:cs="Times New Roman"/>
          <w:sz w:val="24"/>
          <w:szCs w:val="24"/>
        </w:rPr>
        <w:t>w szczególności nazwę szkoły, adres szkoły, powiat, dane kontaktowe osoby odpowiedzialnej za realizację Konkursu, liczbę uczniów szkoły, liczbę uczniów objętych działaniami oraz opis działań.</w:t>
      </w:r>
    </w:p>
    <w:p w14:paraId="52B85E04" w14:textId="6D41AF52" w:rsidR="00D040E4" w:rsidRDefault="008E48C1" w:rsidP="00D040E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Materiały fotograficzne, filmowe, prace plastyczne, prezentacje i inne materiały twórcze mogą być przekazywane do </w:t>
      </w:r>
      <w:r w:rsidR="00C25EB4">
        <w:rPr>
          <w:rFonts w:ascii="Times New Roman" w:hAnsi="Times New Roman" w:cs="Times New Roman"/>
          <w:sz w:val="24"/>
          <w:szCs w:val="24"/>
        </w:rPr>
        <w:t>K</w:t>
      </w:r>
      <w:r w:rsidR="00B37DB8">
        <w:rPr>
          <w:rFonts w:ascii="Times New Roman" w:hAnsi="Times New Roman" w:cs="Times New Roman"/>
          <w:sz w:val="24"/>
          <w:szCs w:val="24"/>
        </w:rPr>
        <w:t xml:space="preserve">omendy </w:t>
      </w:r>
      <w:r w:rsidR="00C25EB4">
        <w:rPr>
          <w:rFonts w:ascii="Times New Roman" w:hAnsi="Times New Roman" w:cs="Times New Roman"/>
          <w:sz w:val="24"/>
          <w:szCs w:val="24"/>
        </w:rPr>
        <w:t>W</w:t>
      </w:r>
      <w:r w:rsidR="00B37DB8">
        <w:rPr>
          <w:rFonts w:ascii="Times New Roman" w:hAnsi="Times New Roman" w:cs="Times New Roman"/>
          <w:sz w:val="24"/>
          <w:szCs w:val="24"/>
        </w:rPr>
        <w:t>ojewódzkiej Policji</w:t>
      </w:r>
      <w:r w:rsidRPr="002F7ED6">
        <w:rPr>
          <w:rFonts w:ascii="Times New Roman" w:hAnsi="Times New Roman" w:cs="Times New Roman"/>
          <w:sz w:val="24"/>
          <w:szCs w:val="24"/>
        </w:rPr>
        <w:t xml:space="preserve"> </w:t>
      </w:r>
      <w:r w:rsidR="00C25EB4">
        <w:rPr>
          <w:rFonts w:ascii="Times New Roman" w:hAnsi="Times New Roman" w:cs="Times New Roman"/>
          <w:sz w:val="24"/>
          <w:szCs w:val="24"/>
        </w:rPr>
        <w:t xml:space="preserve">w Krakowie </w:t>
      </w:r>
      <w:r w:rsidRPr="002F7ED6">
        <w:rPr>
          <w:rFonts w:ascii="Times New Roman" w:hAnsi="Times New Roman" w:cs="Times New Roman"/>
          <w:sz w:val="24"/>
          <w:szCs w:val="24"/>
        </w:rPr>
        <w:t>wyłącznie w zakresie objętym zgodami oraz po weryfikacji, czy nie ujawniają danych nadmiarowych.</w:t>
      </w:r>
    </w:p>
    <w:p w14:paraId="1BB033C4" w14:textId="4332087A" w:rsidR="007F5607" w:rsidRPr="00D040E4" w:rsidRDefault="008E48C1" w:rsidP="00D040E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D040E4">
        <w:rPr>
          <w:rFonts w:ascii="Times New Roman" w:hAnsi="Times New Roman" w:cs="Times New Roman"/>
          <w:sz w:val="24"/>
          <w:szCs w:val="24"/>
        </w:rPr>
        <w:t xml:space="preserve">Szkoła przekazuje do </w:t>
      </w:r>
      <w:r w:rsidR="00C25EB4">
        <w:rPr>
          <w:rFonts w:ascii="Times New Roman" w:hAnsi="Times New Roman" w:cs="Times New Roman"/>
          <w:sz w:val="24"/>
          <w:szCs w:val="24"/>
        </w:rPr>
        <w:t>K</w:t>
      </w:r>
      <w:r w:rsidR="00B37DB8" w:rsidRPr="00D040E4">
        <w:rPr>
          <w:rFonts w:ascii="Times New Roman" w:hAnsi="Times New Roman" w:cs="Times New Roman"/>
          <w:sz w:val="24"/>
          <w:szCs w:val="24"/>
        </w:rPr>
        <w:t xml:space="preserve">omendy </w:t>
      </w:r>
      <w:r w:rsidR="00C25EB4">
        <w:rPr>
          <w:rFonts w:ascii="Times New Roman" w:hAnsi="Times New Roman" w:cs="Times New Roman"/>
          <w:sz w:val="24"/>
          <w:szCs w:val="24"/>
        </w:rPr>
        <w:t>W</w:t>
      </w:r>
      <w:r w:rsidR="00B37DB8" w:rsidRPr="00D040E4">
        <w:rPr>
          <w:rFonts w:ascii="Times New Roman" w:hAnsi="Times New Roman" w:cs="Times New Roman"/>
          <w:sz w:val="24"/>
          <w:szCs w:val="24"/>
        </w:rPr>
        <w:t>ojewódzkiej Policji</w:t>
      </w:r>
      <w:r w:rsidRPr="00D040E4">
        <w:rPr>
          <w:rFonts w:ascii="Times New Roman" w:hAnsi="Times New Roman" w:cs="Times New Roman"/>
          <w:sz w:val="24"/>
          <w:szCs w:val="24"/>
        </w:rPr>
        <w:t xml:space="preserve"> </w:t>
      </w:r>
      <w:r w:rsidR="00C25EB4">
        <w:rPr>
          <w:rFonts w:ascii="Times New Roman" w:hAnsi="Times New Roman" w:cs="Times New Roman"/>
          <w:sz w:val="24"/>
          <w:szCs w:val="24"/>
        </w:rPr>
        <w:t xml:space="preserve">w Krakowie </w:t>
      </w:r>
      <w:r w:rsidRPr="00D040E4">
        <w:rPr>
          <w:rFonts w:ascii="Times New Roman" w:hAnsi="Times New Roman" w:cs="Times New Roman"/>
          <w:sz w:val="24"/>
          <w:szCs w:val="24"/>
        </w:rPr>
        <w:t>oświadczenie dyrektora</w:t>
      </w:r>
      <w:r w:rsidR="00D040E4">
        <w:rPr>
          <w:rFonts w:ascii="Times New Roman" w:hAnsi="Times New Roman" w:cs="Times New Roman"/>
          <w:sz w:val="24"/>
          <w:szCs w:val="24"/>
        </w:rPr>
        <w:br/>
      </w:r>
      <w:r w:rsidRPr="00D040E4">
        <w:rPr>
          <w:rFonts w:ascii="Times New Roman" w:hAnsi="Times New Roman" w:cs="Times New Roman"/>
          <w:sz w:val="24"/>
          <w:szCs w:val="24"/>
        </w:rPr>
        <w:t xml:space="preserve">o posiadaniu wymaganych zgód i informacji dla rodziców/opiekunów prawnych. </w:t>
      </w:r>
      <w:r w:rsidR="00D009ED">
        <w:rPr>
          <w:rFonts w:ascii="Times New Roman" w:hAnsi="Times New Roman" w:cs="Times New Roman"/>
          <w:sz w:val="24"/>
          <w:szCs w:val="24"/>
        </w:rPr>
        <w:t>K</w:t>
      </w:r>
      <w:r w:rsidR="00B37DB8" w:rsidRPr="00D040E4">
        <w:rPr>
          <w:rFonts w:ascii="Times New Roman" w:hAnsi="Times New Roman" w:cs="Times New Roman"/>
          <w:sz w:val="24"/>
          <w:szCs w:val="24"/>
        </w:rPr>
        <w:t>omend</w:t>
      </w:r>
      <w:r w:rsidR="00D009ED">
        <w:rPr>
          <w:rFonts w:ascii="Times New Roman" w:hAnsi="Times New Roman" w:cs="Times New Roman"/>
          <w:sz w:val="24"/>
          <w:szCs w:val="24"/>
        </w:rPr>
        <w:t>a</w:t>
      </w:r>
      <w:r w:rsidR="00B37DB8" w:rsidRPr="00D040E4">
        <w:rPr>
          <w:rFonts w:ascii="Times New Roman" w:hAnsi="Times New Roman" w:cs="Times New Roman"/>
          <w:sz w:val="24"/>
          <w:szCs w:val="24"/>
        </w:rPr>
        <w:t xml:space="preserve"> </w:t>
      </w:r>
      <w:r w:rsidR="00C25EB4">
        <w:rPr>
          <w:rFonts w:ascii="Times New Roman" w:hAnsi="Times New Roman" w:cs="Times New Roman"/>
          <w:sz w:val="24"/>
          <w:szCs w:val="24"/>
        </w:rPr>
        <w:t>W</w:t>
      </w:r>
      <w:r w:rsidR="00B37DB8" w:rsidRPr="00D040E4">
        <w:rPr>
          <w:rFonts w:ascii="Times New Roman" w:hAnsi="Times New Roman" w:cs="Times New Roman"/>
          <w:sz w:val="24"/>
          <w:szCs w:val="24"/>
        </w:rPr>
        <w:t>ojewódzk</w:t>
      </w:r>
      <w:r w:rsidR="00D009ED">
        <w:rPr>
          <w:rFonts w:ascii="Times New Roman" w:hAnsi="Times New Roman" w:cs="Times New Roman"/>
          <w:sz w:val="24"/>
          <w:szCs w:val="24"/>
        </w:rPr>
        <w:t>a</w:t>
      </w:r>
      <w:r w:rsidR="00B37DB8" w:rsidRPr="00D040E4">
        <w:rPr>
          <w:rFonts w:ascii="Times New Roman" w:hAnsi="Times New Roman" w:cs="Times New Roman"/>
          <w:sz w:val="24"/>
          <w:szCs w:val="24"/>
        </w:rPr>
        <w:t xml:space="preserve"> Policji</w:t>
      </w:r>
      <w:r w:rsidRPr="00D040E4">
        <w:rPr>
          <w:rFonts w:ascii="Times New Roman" w:hAnsi="Times New Roman" w:cs="Times New Roman"/>
          <w:sz w:val="24"/>
          <w:szCs w:val="24"/>
        </w:rPr>
        <w:t xml:space="preserve"> </w:t>
      </w:r>
      <w:r w:rsidR="00C25EB4">
        <w:rPr>
          <w:rFonts w:ascii="Times New Roman" w:hAnsi="Times New Roman" w:cs="Times New Roman"/>
          <w:sz w:val="24"/>
          <w:szCs w:val="24"/>
        </w:rPr>
        <w:t xml:space="preserve">w Krakowie </w:t>
      </w:r>
      <w:r w:rsidRPr="00D040E4">
        <w:rPr>
          <w:rFonts w:ascii="Times New Roman" w:hAnsi="Times New Roman" w:cs="Times New Roman"/>
          <w:sz w:val="24"/>
          <w:szCs w:val="24"/>
        </w:rPr>
        <w:t xml:space="preserve">może zażądać wglądu do wybranych zgód, jeżeli jest </w:t>
      </w:r>
      <w:r w:rsidR="00F02FBC">
        <w:rPr>
          <w:rFonts w:ascii="Times New Roman" w:hAnsi="Times New Roman" w:cs="Times New Roman"/>
          <w:sz w:val="24"/>
          <w:szCs w:val="24"/>
        </w:rPr>
        <w:br/>
      </w:r>
      <w:r w:rsidRPr="00D040E4">
        <w:rPr>
          <w:rFonts w:ascii="Times New Roman" w:hAnsi="Times New Roman" w:cs="Times New Roman"/>
          <w:sz w:val="24"/>
          <w:szCs w:val="24"/>
        </w:rPr>
        <w:t xml:space="preserve">to konieczne do weryfikacji </w:t>
      </w:r>
      <w:r w:rsidR="00585BCE">
        <w:rPr>
          <w:rFonts w:ascii="Times New Roman" w:hAnsi="Times New Roman" w:cs="Times New Roman"/>
          <w:sz w:val="24"/>
          <w:szCs w:val="24"/>
        </w:rPr>
        <w:t>dopuszczalności</w:t>
      </w:r>
      <w:r w:rsidRPr="00D040E4">
        <w:rPr>
          <w:rFonts w:ascii="Times New Roman" w:hAnsi="Times New Roman" w:cs="Times New Roman"/>
          <w:sz w:val="24"/>
          <w:szCs w:val="24"/>
        </w:rPr>
        <w:t xml:space="preserve"> wykorzystania materiałów.</w:t>
      </w:r>
    </w:p>
    <w:p w14:paraId="6EF6184C" w14:textId="6EB0E8EA" w:rsidR="00463D21" w:rsidRPr="007F5607" w:rsidRDefault="008948D5" w:rsidP="007F5607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B37DB8">
        <w:rPr>
          <w:rFonts w:ascii="Times New Roman" w:hAnsi="Times New Roman" w:cs="Times New Roman"/>
          <w:sz w:val="24"/>
          <w:szCs w:val="24"/>
        </w:rPr>
        <w:t>omend</w:t>
      </w:r>
      <w:r w:rsidR="00C25EB4">
        <w:rPr>
          <w:rFonts w:ascii="Times New Roman" w:hAnsi="Times New Roman" w:cs="Times New Roman"/>
          <w:sz w:val="24"/>
          <w:szCs w:val="24"/>
        </w:rPr>
        <w:t>a</w:t>
      </w:r>
      <w:r w:rsidR="00B37DB8">
        <w:rPr>
          <w:rFonts w:ascii="Times New Roman" w:hAnsi="Times New Roman" w:cs="Times New Roman"/>
          <w:sz w:val="24"/>
          <w:szCs w:val="24"/>
        </w:rPr>
        <w:t xml:space="preserve"> </w:t>
      </w:r>
      <w:r w:rsidR="00C25EB4">
        <w:rPr>
          <w:rFonts w:ascii="Times New Roman" w:hAnsi="Times New Roman" w:cs="Times New Roman"/>
          <w:sz w:val="24"/>
          <w:szCs w:val="24"/>
        </w:rPr>
        <w:t>W</w:t>
      </w:r>
      <w:r w:rsidR="00B37DB8">
        <w:rPr>
          <w:rFonts w:ascii="Times New Roman" w:hAnsi="Times New Roman" w:cs="Times New Roman"/>
          <w:sz w:val="24"/>
          <w:szCs w:val="24"/>
        </w:rPr>
        <w:t>ojewódzk</w:t>
      </w:r>
      <w:r w:rsidR="00C25EB4">
        <w:rPr>
          <w:rFonts w:ascii="Times New Roman" w:hAnsi="Times New Roman" w:cs="Times New Roman"/>
          <w:sz w:val="24"/>
          <w:szCs w:val="24"/>
        </w:rPr>
        <w:t>a</w:t>
      </w:r>
      <w:r w:rsidR="00B37DB8">
        <w:rPr>
          <w:rFonts w:ascii="Times New Roman" w:hAnsi="Times New Roman" w:cs="Times New Roman"/>
          <w:sz w:val="24"/>
          <w:szCs w:val="24"/>
        </w:rPr>
        <w:t xml:space="preserve"> Policji</w:t>
      </w:r>
      <w:r w:rsidRPr="007F5607">
        <w:rPr>
          <w:rFonts w:ascii="Times New Roman" w:hAnsi="Times New Roman" w:cs="Times New Roman"/>
          <w:sz w:val="24"/>
          <w:szCs w:val="24"/>
        </w:rPr>
        <w:t xml:space="preserve"> </w:t>
      </w:r>
      <w:r w:rsidR="00C25EB4">
        <w:rPr>
          <w:rFonts w:ascii="Times New Roman" w:hAnsi="Times New Roman" w:cs="Times New Roman"/>
          <w:sz w:val="24"/>
          <w:szCs w:val="24"/>
        </w:rPr>
        <w:t xml:space="preserve">w Krakowie </w:t>
      </w:r>
      <w:r w:rsidRPr="007F5607">
        <w:rPr>
          <w:rFonts w:ascii="Times New Roman" w:hAnsi="Times New Roman" w:cs="Times New Roman"/>
          <w:sz w:val="24"/>
          <w:szCs w:val="24"/>
        </w:rPr>
        <w:t>przeka</w:t>
      </w:r>
      <w:r w:rsidR="00C25EB4">
        <w:rPr>
          <w:rFonts w:ascii="Times New Roman" w:hAnsi="Times New Roman" w:cs="Times New Roman"/>
          <w:sz w:val="24"/>
          <w:szCs w:val="24"/>
        </w:rPr>
        <w:t xml:space="preserve">że </w:t>
      </w:r>
      <w:r w:rsidRPr="007F5607">
        <w:rPr>
          <w:rFonts w:ascii="Times New Roman" w:hAnsi="Times New Roman" w:cs="Times New Roman"/>
          <w:sz w:val="24"/>
          <w:szCs w:val="24"/>
        </w:rPr>
        <w:t xml:space="preserve">do </w:t>
      </w:r>
      <w:r w:rsidR="00B37DB8">
        <w:rPr>
          <w:rFonts w:ascii="Times New Roman" w:hAnsi="Times New Roman" w:cs="Times New Roman"/>
          <w:sz w:val="24"/>
          <w:szCs w:val="24"/>
        </w:rPr>
        <w:t>Biur</w:t>
      </w:r>
      <w:r w:rsidR="00C631C6">
        <w:rPr>
          <w:rFonts w:ascii="Times New Roman" w:hAnsi="Times New Roman" w:cs="Times New Roman"/>
          <w:sz w:val="24"/>
          <w:szCs w:val="24"/>
        </w:rPr>
        <w:t>a</w:t>
      </w:r>
      <w:r w:rsidR="00B37DB8">
        <w:rPr>
          <w:rFonts w:ascii="Times New Roman" w:hAnsi="Times New Roman" w:cs="Times New Roman"/>
          <w:sz w:val="24"/>
          <w:szCs w:val="24"/>
        </w:rPr>
        <w:t xml:space="preserve"> Ruchu Drogowego</w:t>
      </w:r>
      <w:r w:rsidRPr="007F5607">
        <w:rPr>
          <w:rFonts w:ascii="Times New Roman" w:hAnsi="Times New Roman" w:cs="Times New Roman"/>
          <w:sz w:val="24"/>
          <w:szCs w:val="24"/>
        </w:rPr>
        <w:t xml:space="preserve"> KGP</w:t>
      </w:r>
      <w:r w:rsidR="001D576F" w:rsidRPr="007F5607">
        <w:rPr>
          <w:rFonts w:ascii="Times New Roman" w:hAnsi="Times New Roman" w:cs="Times New Roman"/>
          <w:sz w:val="24"/>
          <w:szCs w:val="24"/>
        </w:rPr>
        <w:t xml:space="preserve">, </w:t>
      </w:r>
      <w:r w:rsidR="00F02FBC">
        <w:rPr>
          <w:rFonts w:ascii="Times New Roman" w:hAnsi="Times New Roman" w:cs="Times New Roman"/>
          <w:sz w:val="24"/>
          <w:szCs w:val="24"/>
        </w:rPr>
        <w:br/>
      </w:r>
      <w:r w:rsidR="001D576F" w:rsidRPr="007F5607">
        <w:rPr>
          <w:rFonts w:ascii="Times New Roman" w:hAnsi="Times New Roman" w:cs="Times New Roman"/>
          <w:sz w:val="24"/>
          <w:szCs w:val="24"/>
        </w:rPr>
        <w:t xml:space="preserve">za pośrednictwem poczty specjalnej </w:t>
      </w:r>
      <w:r w:rsidRPr="007F5607">
        <w:rPr>
          <w:rFonts w:ascii="Times New Roman" w:hAnsi="Times New Roman" w:cs="Times New Roman"/>
          <w:sz w:val="24"/>
          <w:szCs w:val="24"/>
        </w:rPr>
        <w:t xml:space="preserve">tylko materiały </w:t>
      </w:r>
      <w:r w:rsidR="00AD5DFC">
        <w:rPr>
          <w:rFonts w:ascii="Times New Roman" w:hAnsi="Times New Roman" w:cs="Times New Roman"/>
          <w:sz w:val="24"/>
          <w:szCs w:val="24"/>
        </w:rPr>
        <w:t>L</w:t>
      </w:r>
      <w:r w:rsidRPr="007F5607">
        <w:rPr>
          <w:rFonts w:ascii="Times New Roman" w:hAnsi="Times New Roman" w:cs="Times New Roman"/>
          <w:sz w:val="24"/>
          <w:szCs w:val="24"/>
        </w:rPr>
        <w:t xml:space="preserve">aureata </w:t>
      </w:r>
      <w:r w:rsidR="00AD5DFC">
        <w:rPr>
          <w:rFonts w:ascii="Times New Roman" w:hAnsi="Times New Roman" w:cs="Times New Roman"/>
          <w:sz w:val="24"/>
          <w:szCs w:val="24"/>
        </w:rPr>
        <w:t>W</w:t>
      </w:r>
      <w:r w:rsidRPr="007F5607">
        <w:rPr>
          <w:rFonts w:ascii="Times New Roman" w:hAnsi="Times New Roman" w:cs="Times New Roman"/>
          <w:sz w:val="24"/>
          <w:szCs w:val="24"/>
        </w:rPr>
        <w:t>ojewódzkiego i tylko</w:t>
      </w:r>
      <w:r w:rsidR="00D040E4">
        <w:rPr>
          <w:rFonts w:ascii="Times New Roman" w:hAnsi="Times New Roman" w:cs="Times New Roman"/>
          <w:sz w:val="24"/>
          <w:szCs w:val="24"/>
        </w:rPr>
        <w:br/>
      </w:r>
      <w:r w:rsidRPr="007F5607">
        <w:rPr>
          <w:rFonts w:ascii="Times New Roman" w:hAnsi="Times New Roman" w:cs="Times New Roman"/>
          <w:sz w:val="24"/>
          <w:szCs w:val="24"/>
        </w:rPr>
        <w:t xml:space="preserve">w zakresie koniecznym do oceny ogólnopolskiej oraz promocji Konkursu. </w:t>
      </w:r>
    </w:p>
    <w:p w14:paraId="720F02B5" w14:textId="2A2B4229" w:rsidR="00463D21" w:rsidRPr="007F5607" w:rsidRDefault="008E48C1" w:rsidP="007F5607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7F5607">
        <w:rPr>
          <w:rFonts w:ascii="Times New Roman" w:hAnsi="Times New Roman" w:cs="Times New Roman"/>
          <w:sz w:val="24"/>
          <w:szCs w:val="24"/>
        </w:rPr>
        <w:t xml:space="preserve">Protokoły komisji </w:t>
      </w:r>
      <w:r w:rsidR="00D56DD3">
        <w:rPr>
          <w:rFonts w:ascii="Times New Roman" w:hAnsi="Times New Roman" w:cs="Times New Roman"/>
          <w:sz w:val="24"/>
          <w:szCs w:val="24"/>
        </w:rPr>
        <w:t xml:space="preserve">konkursowej </w:t>
      </w:r>
      <w:r w:rsidRPr="007F5607">
        <w:rPr>
          <w:rFonts w:ascii="Times New Roman" w:hAnsi="Times New Roman" w:cs="Times New Roman"/>
          <w:sz w:val="24"/>
          <w:szCs w:val="24"/>
        </w:rPr>
        <w:t>powinny obejmować skład komisji, datę posiedzenia, listę ocenianych szkół, punktację, uzasadnienie wyboru laureata oraz informację o kompletności dokumentacji prawnej dotyczącej danych osobowych, wizerunku i praw autorskich.</w:t>
      </w:r>
    </w:p>
    <w:p w14:paraId="44E7D78F" w14:textId="7E5F4F7E" w:rsidR="00463D21" w:rsidRPr="007F5607" w:rsidRDefault="008E48C1" w:rsidP="007F5607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7F5607">
        <w:rPr>
          <w:rFonts w:ascii="Times New Roman" w:hAnsi="Times New Roman" w:cs="Times New Roman"/>
          <w:sz w:val="24"/>
          <w:szCs w:val="24"/>
        </w:rPr>
        <w:t xml:space="preserve">Dokumentacja zawierająca </w:t>
      </w:r>
      <w:r w:rsidR="00916E8E">
        <w:rPr>
          <w:rFonts w:ascii="Times New Roman" w:hAnsi="Times New Roman" w:cs="Times New Roman"/>
          <w:sz w:val="24"/>
          <w:szCs w:val="24"/>
        </w:rPr>
        <w:t xml:space="preserve">wrażliwe </w:t>
      </w:r>
      <w:r w:rsidRPr="007F5607">
        <w:rPr>
          <w:rFonts w:ascii="Times New Roman" w:hAnsi="Times New Roman" w:cs="Times New Roman"/>
          <w:sz w:val="24"/>
          <w:szCs w:val="24"/>
        </w:rPr>
        <w:t>dane osobowe jest przechowywana zgodnie z przepisami o ochronie danych osobowych, archiwizacji i kancelarii właściwej jednostki organizacyjnej.</w:t>
      </w:r>
    </w:p>
    <w:p w14:paraId="0D4561E4" w14:textId="5253A5E0" w:rsidR="00463D21" w:rsidRPr="00C25EB4" w:rsidRDefault="008E48C1" w:rsidP="00732153">
      <w:pPr>
        <w:pStyle w:val="Nagwek1"/>
        <w:spacing w:before="240" w:after="240"/>
        <w:jc w:val="both"/>
        <w:rPr>
          <w:rFonts w:ascii="Times New Roman" w:hAnsi="Times New Roman" w:cs="Times New Roman"/>
          <w:color w:val="1808EA"/>
          <w:sz w:val="24"/>
          <w:szCs w:val="24"/>
        </w:rPr>
      </w:pPr>
      <w:r w:rsidRPr="00C25EB4">
        <w:rPr>
          <w:rFonts w:ascii="Times New Roman" w:hAnsi="Times New Roman" w:cs="Times New Roman"/>
          <w:color w:val="1808EA"/>
          <w:sz w:val="24"/>
          <w:szCs w:val="24"/>
        </w:rPr>
        <w:t>VII. Ochrona danych osobowych</w:t>
      </w:r>
    </w:p>
    <w:p w14:paraId="39C9329B" w14:textId="36A0347E" w:rsidR="00463D21" w:rsidRPr="002F7ED6" w:rsidRDefault="008E48C1" w:rsidP="000819EE">
      <w:pPr>
        <w:pStyle w:val="Nagwek2"/>
        <w:spacing w:before="120" w:after="120"/>
        <w:jc w:val="both"/>
        <w:rPr>
          <w:rFonts w:ascii="Times New Roman" w:hAnsi="Times New Roman" w:cs="Times New Roman"/>
          <w:color w:val="002060"/>
          <w:szCs w:val="24"/>
        </w:rPr>
      </w:pPr>
      <w:r w:rsidRPr="002F7ED6">
        <w:rPr>
          <w:rFonts w:ascii="Times New Roman" w:hAnsi="Times New Roman" w:cs="Times New Roman"/>
          <w:color w:val="002060"/>
          <w:szCs w:val="24"/>
        </w:rPr>
        <w:t xml:space="preserve">1. Administratorzy </w:t>
      </w:r>
    </w:p>
    <w:p w14:paraId="3F6F232F" w14:textId="07DC74BC" w:rsidR="00463D21" w:rsidRPr="002F7ED6" w:rsidRDefault="00386434" w:rsidP="00386434">
      <w:pPr>
        <w:pStyle w:val="Listanumerowana"/>
        <w:numPr>
          <w:ilvl w:val="0"/>
          <w:numId w:val="0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Zadania administratora, w rozumieniu art. 4 pkt 7 rozporządzenia </w:t>
      </w:r>
      <w:r w:rsidRPr="00386434">
        <w:rPr>
          <w:rFonts w:ascii="Times New Roman" w:hAnsi="Times New Roman" w:cs="Times New Roman"/>
          <w:sz w:val="24"/>
          <w:szCs w:val="24"/>
        </w:rPr>
        <w:t>Parlamentu Europejskiego</w:t>
      </w:r>
      <w:r>
        <w:rPr>
          <w:rFonts w:ascii="Times New Roman" w:hAnsi="Times New Roman" w:cs="Times New Roman"/>
          <w:sz w:val="24"/>
          <w:szCs w:val="24"/>
        </w:rPr>
        <w:br/>
      </w:r>
      <w:r w:rsidRPr="00386434">
        <w:rPr>
          <w:rFonts w:ascii="Times New Roman" w:hAnsi="Times New Roman" w:cs="Times New Roman"/>
          <w:sz w:val="24"/>
          <w:szCs w:val="24"/>
        </w:rPr>
        <w:t xml:space="preserve">i Rady (UE) 2016/679 z dnia 27 kwietnia 2016 r. </w:t>
      </w:r>
      <w:r w:rsidRPr="00386434">
        <w:rPr>
          <w:rFonts w:ascii="Times New Roman" w:hAnsi="Times New Roman" w:cs="Times New Roman"/>
          <w:i/>
          <w:iCs/>
          <w:sz w:val="24"/>
          <w:szCs w:val="24"/>
        </w:rPr>
        <w:t xml:space="preserve">w sprawie ochrony osób fizycznych w związku z przetwarzaniem danych osobowych i w sprawie swobodnego przepływu takich danych </w:t>
      </w:r>
      <w:r w:rsidR="000819EE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386434">
        <w:rPr>
          <w:rFonts w:ascii="Times New Roman" w:hAnsi="Times New Roman" w:cs="Times New Roman"/>
          <w:i/>
          <w:iCs/>
          <w:sz w:val="24"/>
          <w:szCs w:val="24"/>
        </w:rPr>
        <w:t>oraz uchylenia dyrektywy 95/46/WE (ogólne rozporządzenie o ochronie danych)</w:t>
      </w:r>
      <w:r w:rsidRPr="00386434">
        <w:rPr>
          <w:rFonts w:ascii="Times New Roman" w:hAnsi="Times New Roman" w:cs="Times New Roman"/>
          <w:sz w:val="24"/>
          <w:szCs w:val="24"/>
        </w:rPr>
        <w:t xml:space="preserve"> (Dz. U. UE. L. z 2016 r. Nr 119, str. 1 z </w:t>
      </w:r>
      <w:proofErr w:type="spellStart"/>
      <w:r w:rsidRPr="00386434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386434">
        <w:rPr>
          <w:rFonts w:ascii="Times New Roman" w:hAnsi="Times New Roman" w:cs="Times New Roman"/>
          <w:sz w:val="24"/>
          <w:szCs w:val="24"/>
        </w:rPr>
        <w:t>. zm.)</w:t>
      </w:r>
      <w:r>
        <w:rPr>
          <w:rFonts w:ascii="Times New Roman" w:hAnsi="Times New Roman" w:cs="Times New Roman"/>
          <w:sz w:val="24"/>
          <w:szCs w:val="24"/>
        </w:rPr>
        <w:t>,</w:t>
      </w:r>
      <w:r w:rsidR="00B06476">
        <w:rPr>
          <w:rFonts w:ascii="Times New Roman" w:hAnsi="Times New Roman" w:cs="Times New Roman"/>
          <w:sz w:val="24"/>
          <w:szCs w:val="24"/>
        </w:rPr>
        <w:t xml:space="preserve"> zwane dalej RODO,</w:t>
      </w:r>
      <w:r>
        <w:rPr>
          <w:rFonts w:ascii="Times New Roman" w:hAnsi="Times New Roman" w:cs="Times New Roman"/>
          <w:sz w:val="24"/>
          <w:szCs w:val="24"/>
        </w:rPr>
        <w:t xml:space="preserve"> są realizowane odpowiednio do etapów Konkursu.</w:t>
      </w:r>
    </w:p>
    <w:p w14:paraId="5DD6CC1E" w14:textId="77777777" w:rsidR="00463D21" w:rsidRPr="00C25EB4" w:rsidRDefault="008E48C1" w:rsidP="000819EE">
      <w:pPr>
        <w:pStyle w:val="Nagwek2"/>
        <w:spacing w:before="240" w:after="120"/>
        <w:jc w:val="both"/>
        <w:rPr>
          <w:rFonts w:ascii="Times New Roman" w:hAnsi="Times New Roman" w:cs="Times New Roman"/>
          <w:color w:val="1808EA"/>
          <w:szCs w:val="24"/>
        </w:rPr>
      </w:pPr>
      <w:r w:rsidRPr="00C25EB4">
        <w:rPr>
          <w:rFonts w:ascii="Times New Roman" w:hAnsi="Times New Roman" w:cs="Times New Roman"/>
          <w:color w:val="1808EA"/>
          <w:szCs w:val="24"/>
        </w:rPr>
        <w:t>2. Zakres danych</w:t>
      </w:r>
    </w:p>
    <w:p w14:paraId="64CD4BBA" w14:textId="31E2EF8A" w:rsidR="00352033" w:rsidRDefault="008E48C1">
      <w:pPr>
        <w:pStyle w:val="Listanumerowan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2033">
        <w:rPr>
          <w:rFonts w:ascii="Times New Roman" w:hAnsi="Times New Roman" w:cs="Times New Roman"/>
          <w:sz w:val="24"/>
          <w:szCs w:val="24"/>
        </w:rPr>
        <w:t>Zakres danych powinien być ograniczony do danych niezbędnych do realizacji Konkursu: nazwa</w:t>
      </w:r>
      <w:r w:rsidR="00293FB9" w:rsidRPr="00352033">
        <w:rPr>
          <w:rFonts w:ascii="Times New Roman" w:hAnsi="Times New Roman" w:cs="Times New Roman"/>
          <w:sz w:val="24"/>
          <w:szCs w:val="24"/>
        </w:rPr>
        <w:br/>
      </w:r>
      <w:r w:rsidRPr="00352033">
        <w:rPr>
          <w:rFonts w:ascii="Times New Roman" w:hAnsi="Times New Roman" w:cs="Times New Roman"/>
          <w:sz w:val="24"/>
          <w:szCs w:val="24"/>
        </w:rPr>
        <w:t xml:space="preserve">i adres szkoły, dane kontaktowe szkoły, imię i nazwisko dyrektora lub osoby do kontaktu, dane dotyczące liczby uczniów i działań szkoły, informacje o wynikach szkoły oraz </w:t>
      </w:r>
      <w:r w:rsidR="000819EE">
        <w:rPr>
          <w:rFonts w:ascii="Times New Roman" w:hAnsi="Times New Roman" w:cs="Times New Roman"/>
          <w:sz w:val="24"/>
          <w:szCs w:val="24"/>
        </w:rPr>
        <w:t>–</w:t>
      </w:r>
      <w:r w:rsidR="000819EE" w:rsidRPr="00723FFC">
        <w:rPr>
          <w:rFonts w:ascii="Times New Roman" w:hAnsi="Times New Roman" w:cs="Times New Roman"/>
          <w:sz w:val="24"/>
          <w:szCs w:val="24"/>
        </w:rPr>
        <w:t xml:space="preserve"> </w:t>
      </w:r>
      <w:r w:rsidRPr="00352033">
        <w:rPr>
          <w:rFonts w:ascii="Times New Roman" w:hAnsi="Times New Roman" w:cs="Times New Roman"/>
          <w:sz w:val="24"/>
          <w:szCs w:val="24"/>
        </w:rPr>
        <w:t xml:space="preserve">jeżeli </w:t>
      </w:r>
      <w:r w:rsidR="000819EE">
        <w:rPr>
          <w:rFonts w:ascii="Times New Roman" w:hAnsi="Times New Roman" w:cs="Times New Roman"/>
          <w:sz w:val="24"/>
          <w:szCs w:val="24"/>
        </w:rPr>
        <w:br/>
      </w:r>
      <w:r w:rsidRPr="00352033">
        <w:rPr>
          <w:rFonts w:ascii="Times New Roman" w:hAnsi="Times New Roman" w:cs="Times New Roman"/>
          <w:sz w:val="24"/>
          <w:szCs w:val="24"/>
        </w:rPr>
        <w:t xml:space="preserve">to konieczne </w:t>
      </w:r>
      <w:r w:rsidR="000819EE">
        <w:rPr>
          <w:rFonts w:ascii="Times New Roman" w:hAnsi="Times New Roman" w:cs="Times New Roman"/>
          <w:sz w:val="24"/>
          <w:szCs w:val="24"/>
        </w:rPr>
        <w:t>–</w:t>
      </w:r>
      <w:r w:rsidR="000819EE" w:rsidRPr="00723FFC">
        <w:rPr>
          <w:rFonts w:ascii="Times New Roman" w:hAnsi="Times New Roman" w:cs="Times New Roman"/>
          <w:sz w:val="24"/>
          <w:szCs w:val="24"/>
        </w:rPr>
        <w:t xml:space="preserve"> </w:t>
      </w:r>
      <w:r w:rsidRPr="00352033">
        <w:rPr>
          <w:rFonts w:ascii="Times New Roman" w:hAnsi="Times New Roman" w:cs="Times New Roman"/>
          <w:sz w:val="24"/>
          <w:szCs w:val="24"/>
        </w:rPr>
        <w:t>imię i nazwisko ucznia</w:t>
      </w:r>
      <w:r w:rsidR="00352033" w:rsidRPr="00352033">
        <w:rPr>
          <w:rFonts w:ascii="Times New Roman" w:hAnsi="Times New Roman" w:cs="Times New Roman"/>
          <w:sz w:val="24"/>
          <w:szCs w:val="24"/>
        </w:rPr>
        <w:t>,</w:t>
      </w:r>
      <w:r w:rsidRPr="00352033">
        <w:rPr>
          <w:rFonts w:ascii="Times New Roman" w:hAnsi="Times New Roman" w:cs="Times New Roman"/>
          <w:sz w:val="24"/>
          <w:szCs w:val="24"/>
        </w:rPr>
        <w:t xml:space="preserve"> </w:t>
      </w:r>
      <w:r w:rsidR="00352033" w:rsidRPr="00352033">
        <w:rPr>
          <w:rFonts w:ascii="Times New Roman" w:hAnsi="Times New Roman" w:cs="Times New Roman"/>
          <w:sz w:val="24"/>
          <w:szCs w:val="24"/>
        </w:rPr>
        <w:t>rodzica/</w:t>
      </w:r>
      <w:r w:rsidRPr="00352033">
        <w:rPr>
          <w:rFonts w:ascii="Times New Roman" w:hAnsi="Times New Roman" w:cs="Times New Roman"/>
          <w:sz w:val="24"/>
          <w:szCs w:val="24"/>
        </w:rPr>
        <w:t xml:space="preserve">opiekuna </w:t>
      </w:r>
      <w:r w:rsidR="00352033" w:rsidRPr="00352033">
        <w:rPr>
          <w:rFonts w:ascii="Times New Roman" w:hAnsi="Times New Roman" w:cs="Times New Roman"/>
          <w:sz w:val="24"/>
          <w:szCs w:val="24"/>
        </w:rPr>
        <w:t xml:space="preserve">prawnego </w:t>
      </w:r>
      <w:r w:rsidRPr="00352033">
        <w:rPr>
          <w:rFonts w:ascii="Times New Roman" w:hAnsi="Times New Roman" w:cs="Times New Roman"/>
          <w:sz w:val="24"/>
          <w:szCs w:val="24"/>
        </w:rPr>
        <w:t xml:space="preserve">w dokumentach </w:t>
      </w:r>
      <w:r w:rsidR="00352033" w:rsidRPr="00352033">
        <w:rPr>
          <w:rFonts w:ascii="Times New Roman" w:hAnsi="Times New Roman" w:cs="Times New Roman"/>
          <w:sz w:val="24"/>
          <w:szCs w:val="24"/>
        </w:rPr>
        <w:t xml:space="preserve">dotyczących przetwarzania danych osobowych, zgód na udział dziecka w </w:t>
      </w:r>
      <w:r w:rsidR="00471AFB">
        <w:rPr>
          <w:rFonts w:ascii="Times New Roman" w:hAnsi="Times New Roman" w:cs="Times New Roman"/>
          <w:sz w:val="24"/>
          <w:szCs w:val="24"/>
        </w:rPr>
        <w:t>Gali</w:t>
      </w:r>
      <w:r w:rsidR="00352033" w:rsidRPr="00352033">
        <w:rPr>
          <w:rFonts w:ascii="Times New Roman" w:hAnsi="Times New Roman" w:cs="Times New Roman"/>
          <w:sz w:val="24"/>
          <w:szCs w:val="24"/>
        </w:rPr>
        <w:t xml:space="preserve"> </w:t>
      </w:r>
      <w:r w:rsidR="00471AFB">
        <w:rPr>
          <w:rFonts w:ascii="Times New Roman" w:hAnsi="Times New Roman" w:cs="Times New Roman"/>
          <w:sz w:val="24"/>
          <w:szCs w:val="24"/>
        </w:rPr>
        <w:t>Finałowej</w:t>
      </w:r>
      <w:r w:rsidR="00352033" w:rsidRPr="00352033">
        <w:rPr>
          <w:rFonts w:ascii="Times New Roman" w:hAnsi="Times New Roman" w:cs="Times New Roman"/>
          <w:sz w:val="24"/>
          <w:szCs w:val="24"/>
        </w:rPr>
        <w:t xml:space="preserve"> oraz odrębnych zgód na utrwalanie i rozpowszechnianie wizerunku dziecka </w:t>
      </w:r>
      <w:r w:rsidR="000819EE">
        <w:rPr>
          <w:rFonts w:ascii="Times New Roman" w:hAnsi="Times New Roman" w:cs="Times New Roman"/>
          <w:sz w:val="24"/>
          <w:szCs w:val="24"/>
        </w:rPr>
        <w:t>–</w:t>
      </w:r>
      <w:r w:rsidR="000819EE" w:rsidRPr="00723FFC">
        <w:rPr>
          <w:rFonts w:ascii="Times New Roman" w:hAnsi="Times New Roman" w:cs="Times New Roman"/>
          <w:sz w:val="24"/>
          <w:szCs w:val="24"/>
        </w:rPr>
        <w:t xml:space="preserve"> </w:t>
      </w:r>
      <w:r w:rsidR="00352033" w:rsidRPr="00352033">
        <w:rPr>
          <w:rFonts w:ascii="Times New Roman" w:hAnsi="Times New Roman" w:cs="Times New Roman"/>
          <w:sz w:val="24"/>
          <w:szCs w:val="24"/>
        </w:rPr>
        <w:t xml:space="preserve">jeżeli wizerunek ten ma być wykorzystywany w celach promocyjnych, informacyjnych lub sprawozdawczych. </w:t>
      </w:r>
    </w:p>
    <w:p w14:paraId="7F1F0FE6" w14:textId="3D403F68" w:rsidR="008B2CF4" w:rsidRPr="00352033" w:rsidRDefault="008E48C1">
      <w:pPr>
        <w:pStyle w:val="Listanumerowan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52033">
        <w:rPr>
          <w:rFonts w:ascii="Times New Roman" w:hAnsi="Times New Roman" w:cs="Times New Roman"/>
          <w:sz w:val="24"/>
          <w:szCs w:val="24"/>
        </w:rPr>
        <w:lastRenderedPageBreak/>
        <w:t xml:space="preserve">W przypadku materiałów </w:t>
      </w:r>
      <w:r w:rsidR="00352033" w:rsidRPr="00352033">
        <w:rPr>
          <w:rFonts w:ascii="Times New Roman" w:hAnsi="Times New Roman" w:cs="Times New Roman"/>
          <w:sz w:val="24"/>
          <w:szCs w:val="24"/>
        </w:rPr>
        <w:t>audiowizualnych</w:t>
      </w:r>
      <w:r w:rsidRPr="00352033">
        <w:rPr>
          <w:rFonts w:ascii="Times New Roman" w:hAnsi="Times New Roman" w:cs="Times New Roman"/>
          <w:sz w:val="24"/>
          <w:szCs w:val="24"/>
        </w:rPr>
        <w:t xml:space="preserve"> należy stosować zasadę selekcji: publikować wyłącznie materiały potrzebne do udokumentowania i promocji działań, z poszanowaniem zgód, godności dziecka i bezpieczeństwa uczniów.</w:t>
      </w:r>
      <w:r w:rsidR="008B2CF4" w:rsidRPr="003520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87EB9A" w14:textId="3AB646EE" w:rsidR="00463D21" w:rsidRPr="008B2CF4" w:rsidRDefault="008B2CF4" w:rsidP="008B2CF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2F7ED6">
        <w:rPr>
          <w:rFonts w:ascii="Times New Roman" w:hAnsi="Times New Roman" w:cs="Times New Roman"/>
          <w:sz w:val="24"/>
          <w:szCs w:val="24"/>
        </w:rPr>
        <w:t>ane osobowe uczestników</w:t>
      </w:r>
      <w:r>
        <w:rPr>
          <w:rFonts w:ascii="Times New Roman" w:hAnsi="Times New Roman" w:cs="Times New Roman"/>
          <w:sz w:val="24"/>
          <w:szCs w:val="24"/>
        </w:rPr>
        <w:t xml:space="preserve"> nie są przekazywane p</w:t>
      </w:r>
      <w:r w:rsidRPr="002F7ED6">
        <w:rPr>
          <w:rFonts w:ascii="Times New Roman" w:hAnsi="Times New Roman" w:cs="Times New Roman"/>
          <w:sz w:val="24"/>
          <w:szCs w:val="24"/>
        </w:rPr>
        <w:t>artner</w:t>
      </w:r>
      <w:r>
        <w:rPr>
          <w:rFonts w:ascii="Times New Roman" w:hAnsi="Times New Roman" w:cs="Times New Roman"/>
          <w:sz w:val="24"/>
          <w:szCs w:val="24"/>
        </w:rPr>
        <w:t>owi</w:t>
      </w:r>
      <w:r w:rsidRPr="002F7ED6">
        <w:rPr>
          <w:rFonts w:ascii="Times New Roman" w:hAnsi="Times New Roman" w:cs="Times New Roman"/>
          <w:sz w:val="24"/>
          <w:szCs w:val="24"/>
        </w:rPr>
        <w:t>, sponsor</w:t>
      </w:r>
      <w:r>
        <w:rPr>
          <w:rFonts w:ascii="Times New Roman" w:hAnsi="Times New Roman" w:cs="Times New Roman"/>
          <w:sz w:val="24"/>
          <w:szCs w:val="24"/>
        </w:rPr>
        <w:t>om</w:t>
      </w:r>
      <w:r w:rsidRPr="002F7ED6">
        <w:rPr>
          <w:rFonts w:ascii="Times New Roman" w:hAnsi="Times New Roman" w:cs="Times New Roman"/>
          <w:sz w:val="24"/>
          <w:szCs w:val="24"/>
        </w:rPr>
        <w:t>, patron</w:t>
      </w:r>
      <w:r>
        <w:rPr>
          <w:rFonts w:ascii="Times New Roman" w:hAnsi="Times New Roman" w:cs="Times New Roman"/>
          <w:sz w:val="24"/>
          <w:szCs w:val="24"/>
        </w:rPr>
        <w:t>om</w:t>
      </w:r>
      <w:r w:rsidRPr="002F7ED6">
        <w:rPr>
          <w:rFonts w:ascii="Times New Roman" w:hAnsi="Times New Roman" w:cs="Times New Roman"/>
          <w:sz w:val="24"/>
          <w:szCs w:val="24"/>
        </w:rPr>
        <w:t xml:space="preserve"> medialny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F7ED6">
        <w:rPr>
          <w:rFonts w:ascii="Times New Roman" w:hAnsi="Times New Roman" w:cs="Times New Roman"/>
          <w:sz w:val="24"/>
          <w:szCs w:val="24"/>
        </w:rPr>
        <w:t xml:space="preserve"> lub inny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F7ED6">
        <w:rPr>
          <w:rFonts w:ascii="Times New Roman" w:hAnsi="Times New Roman" w:cs="Times New Roman"/>
          <w:sz w:val="24"/>
          <w:szCs w:val="24"/>
        </w:rPr>
        <w:t xml:space="preserve"> podmiot</w:t>
      </w:r>
      <w:r>
        <w:rPr>
          <w:rFonts w:ascii="Times New Roman" w:hAnsi="Times New Roman" w:cs="Times New Roman"/>
          <w:sz w:val="24"/>
          <w:szCs w:val="24"/>
        </w:rPr>
        <w:t>om</w:t>
      </w:r>
      <w:r w:rsidRPr="002F7ED6">
        <w:rPr>
          <w:rFonts w:ascii="Times New Roman" w:hAnsi="Times New Roman" w:cs="Times New Roman"/>
          <w:sz w:val="24"/>
          <w:szCs w:val="24"/>
        </w:rPr>
        <w:t xml:space="preserve">. Samo ufundowanie nagród nie uzasadnia przekazywania partnerowi danych </w:t>
      </w:r>
      <w:r>
        <w:rPr>
          <w:rFonts w:ascii="Times New Roman" w:hAnsi="Times New Roman" w:cs="Times New Roman"/>
          <w:sz w:val="24"/>
          <w:szCs w:val="24"/>
        </w:rPr>
        <w:t xml:space="preserve">osobowych </w:t>
      </w:r>
      <w:r w:rsidRPr="002F7ED6">
        <w:rPr>
          <w:rFonts w:ascii="Times New Roman" w:hAnsi="Times New Roman" w:cs="Times New Roman"/>
          <w:sz w:val="24"/>
          <w:szCs w:val="24"/>
        </w:rPr>
        <w:t>uczniów.</w:t>
      </w:r>
    </w:p>
    <w:p w14:paraId="626661C3" w14:textId="7F6ED416" w:rsidR="00463D21" w:rsidRPr="00883391" w:rsidRDefault="008E48C1" w:rsidP="000819EE">
      <w:pPr>
        <w:pStyle w:val="Nagwek2"/>
        <w:spacing w:before="240" w:after="120"/>
        <w:jc w:val="both"/>
        <w:rPr>
          <w:rFonts w:ascii="Times New Roman" w:hAnsi="Times New Roman" w:cs="Times New Roman"/>
          <w:color w:val="1808EA"/>
          <w:szCs w:val="24"/>
        </w:rPr>
      </w:pPr>
      <w:r w:rsidRPr="00883391">
        <w:rPr>
          <w:rFonts w:ascii="Times New Roman" w:hAnsi="Times New Roman" w:cs="Times New Roman"/>
          <w:color w:val="1808EA"/>
          <w:szCs w:val="24"/>
        </w:rPr>
        <w:t>3. Podstawy przetwarzania</w:t>
      </w:r>
      <w:r w:rsidR="0028772B" w:rsidRPr="00883391">
        <w:rPr>
          <w:rFonts w:ascii="Times New Roman" w:hAnsi="Times New Roman" w:cs="Times New Roman"/>
          <w:color w:val="1808EA"/>
          <w:szCs w:val="24"/>
        </w:rPr>
        <w:t xml:space="preserve"> i obowiązek informacyjny</w:t>
      </w:r>
    </w:p>
    <w:p w14:paraId="0CC1688F" w14:textId="4881596B" w:rsidR="00463D21" w:rsidRPr="002F7ED6" w:rsidRDefault="008E48C1">
      <w:pPr>
        <w:pStyle w:val="Listanumerowan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Dane szkoły, dyrektora i osób wskazanych do kontaktu przetwarzane</w:t>
      </w:r>
      <w:r w:rsidR="0028772B">
        <w:rPr>
          <w:rFonts w:ascii="Times New Roman" w:hAnsi="Times New Roman" w:cs="Times New Roman"/>
          <w:sz w:val="24"/>
          <w:szCs w:val="24"/>
        </w:rPr>
        <w:t xml:space="preserve"> są</w:t>
      </w:r>
      <w:r w:rsidRPr="002F7ED6">
        <w:rPr>
          <w:rFonts w:ascii="Times New Roman" w:hAnsi="Times New Roman" w:cs="Times New Roman"/>
          <w:sz w:val="24"/>
          <w:szCs w:val="24"/>
        </w:rPr>
        <w:t xml:space="preserve"> w celu organizacji Konkursu i komunikacji z uczestnikami, w związku z wykonywaniem zadań w interesie publicznym </w:t>
      </w:r>
      <w:r w:rsidR="00925C48">
        <w:rPr>
          <w:rFonts w:ascii="Times New Roman" w:hAnsi="Times New Roman" w:cs="Times New Roman"/>
          <w:sz w:val="24"/>
          <w:szCs w:val="24"/>
        </w:rPr>
        <w:t>w związku z organizacją</w:t>
      </w:r>
      <w:r w:rsidRPr="002F7ED6">
        <w:rPr>
          <w:rFonts w:ascii="Times New Roman" w:hAnsi="Times New Roman" w:cs="Times New Roman"/>
          <w:sz w:val="24"/>
          <w:szCs w:val="24"/>
        </w:rPr>
        <w:t xml:space="preserve"> przedsięwzięcia publicznego przez Policj</w:t>
      </w:r>
      <w:r w:rsidR="00925C48">
        <w:rPr>
          <w:rFonts w:ascii="Times New Roman" w:hAnsi="Times New Roman" w:cs="Times New Roman"/>
          <w:sz w:val="24"/>
          <w:szCs w:val="24"/>
        </w:rPr>
        <w:t>ę</w:t>
      </w:r>
      <w:r w:rsidRPr="002F7ED6">
        <w:rPr>
          <w:rFonts w:ascii="Times New Roman" w:hAnsi="Times New Roman" w:cs="Times New Roman"/>
          <w:sz w:val="24"/>
          <w:szCs w:val="24"/>
        </w:rPr>
        <w:t>.</w:t>
      </w:r>
    </w:p>
    <w:p w14:paraId="72D4ECF2" w14:textId="7D03326C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Dane uczniów</w:t>
      </w:r>
      <w:r w:rsidR="0028772B">
        <w:rPr>
          <w:rFonts w:ascii="Times New Roman" w:hAnsi="Times New Roman" w:cs="Times New Roman"/>
          <w:sz w:val="24"/>
          <w:szCs w:val="24"/>
        </w:rPr>
        <w:t>,</w:t>
      </w:r>
      <w:r w:rsidRPr="002F7ED6">
        <w:rPr>
          <w:rFonts w:ascii="Times New Roman" w:hAnsi="Times New Roman" w:cs="Times New Roman"/>
          <w:sz w:val="24"/>
          <w:szCs w:val="24"/>
        </w:rPr>
        <w:t xml:space="preserve"> rodziców/opiekunów prawnych dotyczące udziału w działaniach, wydarzeniach, </w:t>
      </w:r>
      <w:r w:rsidR="008A685B">
        <w:rPr>
          <w:rFonts w:ascii="Times New Roman" w:hAnsi="Times New Roman" w:cs="Times New Roman"/>
          <w:sz w:val="24"/>
          <w:szCs w:val="24"/>
        </w:rPr>
        <w:t>g</w:t>
      </w:r>
      <w:r w:rsidR="00471AFB">
        <w:rPr>
          <w:rFonts w:ascii="Times New Roman" w:hAnsi="Times New Roman" w:cs="Times New Roman"/>
          <w:sz w:val="24"/>
          <w:szCs w:val="24"/>
        </w:rPr>
        <w:t>ali</w:t>
      </w:r>
      <w:r w:rsidRPr="002F7ED6">
        <w:rPr>
          <w:rFonts w:ascii="Times New Roman" w:hAnsi="Times New Roman" w:cs="Times New Roman"/>
          <w:sz w:val="24"/>
          <w:szCs w:val="24"/>
        </w:rPr>
        <w:t>, konkursach dodatkowych, pracach twórczych</w:t>
      </w:r>
      <w:r w:rsidR="00D93463">
        <w:rPr>
          <w:rFonts w:ascii="Times New Roman" w:hAnsi="Times New Roman" w:cs="Times New Roman"/>
          <w:sz w:val="24"/>
          <w:szCs w:val="24"/>
        </w:rPr>
        <w:t xml:space="preserve"> oraz</w:t>
      </w:r>
      <w:r w:rsidRPr="002F7ED6">
        <w:rPr>
          <w:rFonts w:ascii="Times New Roman" w:hAnsi="Times New Roman" w:cs="Times New Roman"/>
          <w:sz w:val="24"/>
          <w:szCs w:val="24"/>
        </w:rPr>
        <w:t xml:space="preserve"> nagrodach przetwarzane </w:t>
      </w:r>
      <w:r w:rsidR="0028772B">
        <w:rPr>
          <w:rFonts w:ascii="Times New Roman" w:hAnsi="Times New Roman" w:cs="Times New Roman"/>
          <w:sz w:val="24"/>
          <w:szCs w:val="24"/>
        </w:rPr>
        <w:t xml:space="preserve">są </w:t>
      </w:r>
      <w:r w:rsidR="000819EE">
        <w:rPr>
          <w:rFonts w:ascii="Times New Roman" w:hAnsi="Times New Roman" w:cs="Times New Roman"/>
          <w:sz w:val="24"/>
          <w:szCs w:val="24"/>
        </w:rPr>
        <w:br/>
      </w:r>
      <w:r w:rsidRPr="002F7ED6">
        <w:rPr>
          <w:rFonts w:ascii="Times New Roman" w:hAnsi="Times New Roman" w:cs="Times New Roman"/>
          <w:sz w:val="24"/>
          <w:szCs w:val="24"/>
        </w:rPr>
        <w:t>na</w:t>
      </w:r>
      <w:r w:rsidR="000819EE">
        <w:rPr>
          <w:rFonts w:ascii="Times New Roman" w:hAnsi="Times New Roman" w:cs="Times New Roman"/>
          <w:sz w:val="24"/>
          <w:szCs w:val="24"/>
        </w:rPr>
        <w:t xml:space="preserve"> </w:t>
      </w:r>
      <w:r w:rsidRPr="002F7ED6">
        <w:rPr>
          <w:rFonts w:ascii="Times New Roman" w:hAnsi="Times New Roman" w:cs="Times New Roman"/>
          <w:sz w:val="24"/>
          <w:szCs w:val="24"/>
        </w:rPr>
        <w:t>podstawie zgody</w:t>
      </w:r>
      <w:r w:rsidR="0028772B">
        <w:rPr>
          <w:rFonts w:ascii="Times New Roman" w:hAnsi="Times New Roman" w:cs="Times New Roman"/>
          <w:sz w:val="24"/>
          <w:szCs w:val="24"/>
        </w:rPr>
        <w:t>, uzyskanej przez dyrektora szkoły.</w:t>
      </w:r>
    </w:p>
    <w:p w14:paraId="6D92E630" w14:textId="4894D350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Utrwalanie i rozpowszechnianie wizerunku w celach promocyjnych wymaga co do zasady zgody osoby, której wizerunek dotyczy, a w przypadku dziecka </w:t>
      </w:r>
      <w:r w:rsidR="000819EE">
        <w:rPr>
          <w:rFonts w:ascii="Times New Roman" w:hAnsi="Times New Roman" w:cs="Times New Roman"/>
          <w:sz w:val="24"/>
          <w:szCs w:val="24"/>
        </w:rPr>
        <w:t>–</w:t>
      </w:r>
      <w:r w:rsidR="000819EE" w:rsidRPr="00723FFC">
        <w:rPr>
          <w:rFonts w:ascii="Times New Roman" w:hAnsi="Times New Roman" w:cs="Times New Roman"/>
          <w:sz w:val="24"/>
          <w:szCs w:val="24"/>
        </w:rPr>
        <w:t xml:space="preserve"> </w:t>
      </w:r>
      <w:r w:rsidRPr="002F7ED6">
        <w:rPr>
          <w:rFonts w:ascii="Times New Roman" w:hAnsi="Times New Roman" w:cs="Times New Roman"/>
          <w:sz w:val="24"/>
          <w:szCs w:val="24"/>
        </w:rPr>
        <w:t>zgody rodzica/opiekuna prawnego,</w:t>
      </w:r>
      <w:r w:rsidR="00DE17A5">
        <w:rPr>
          <w:rFonts w:ascii="Times New Roman" w:hAnsi="Times New Roman" w:cs="Times New Roman"/>
          <w:sz w:val="24"/>
          <w:szCs w:val="24"/>
        </w:rPr>
        <w:t xml:space="preserve"> </w:t>
      </w:r>
      <w:r w:rsidRPr="002F7ED6">
        <w:rPr>
          <w:rFonts w:ascii="Times New Roman" w:hAnsi="Times New Roman" w:cs="Times New Roman"/>
          <w:sz w:val="24"/>
          <w:szCs w:val="24"/>
        </w:rPr>
        <w:t>z uwzględnieniem art. 81 ustawy o prawie autorskim i prawach pokrewnych.</w:t>
      </w:r>
    </w:p>
    <w:p w14:paraId="3795BD65" w14:textId="10775F6A" w:rsidR="00463D21" w:rsidRPr="002F7ED6" w:rsidRDefault="00DE17A5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DE17A5">
        <w:rPr>
          <w:rFonts w:ascii="Times New Roman" w:hAnsi="Times New Roman" w:cs="Times New Roman"/>
          <w:sz w:val="24"/>
          <w:szCs w:val="24"/>
        </w:rPr>
        <w:t>Każda zgoda musi być dobrowolna, świadoma, konkretna oraz możliwa do wycofania</w:t>
      </w:r>
      <w:r>
        <w:rPr>
          <w:rFonts w:ascii="Times New Roman" w:hAnsi="Times New Roman" w:cs="Times New Roman"/>
          <w:sz w:val="24"/>
          <w:szCs w:val="24"/>
        </w:rPr>
        <w:br/>
      </w:r>
      <w:r w:rsidRPr="00DE17A5">
        <w:rPr>
          <w:rFonts w:ascii="Times New Roman" w:hAnsi="Times New Roman" w:cs="Times New Roman"/>
          <w:sz w:val="24"/>
          <w:szCs w:val="24"/>
        </w:rPr>
        <w:t>w dowolnym momencie. Oświadczenie dotyczące wizerunku jest niezależne od udziału</w:t>
      </w:r>
      <w:r>
        <w:rPr>
          <w:rFonts w:ascii="Times New Roman" w:hAnsi="Times New Roman" w:cs="Times New Roman"/>
          <w:sz w:val="24"/>
          <w:szCs w:val="24"/>
        </w:rPr>
        <w:br/>
      </w:r>
      <w:r w:rsidRPr="00DE17A5">
        <w:rPr>
          <w:rFonts w:ascii="Times New Roman" w:hAnsi="Times New Roman" w:cs="Times New Roman"/>
          <w:sz w:val="24"/>
          <w:szCs w:val="24"/>
        </w:rPr>
        <w:t>w działaniach edukacyjnych</w:t>
      </w:r>
      <w:r w:rsidRPr="002F7ED6">
        <w:rPr>
          <w:rFonts w:ascii="Times New Roman" w:hAnsi="Times New Roman" w:cs="Times New Roman"/>
          <w:sz w:val="24"/>
          <w:szCs w:val="24"/>
        </w:rPr>
        <w:t>.</w:t>
      </w:r>
    </w:p>
    <w:p w14:paraId="068F8C35" w14:textId="77777777" w:rsidR="00463D21" w:rsidRPr="00883391" w:rsidRDefault="008E48C1" w:rsidP="000819EE">
      <w:pPr>
        <w:pStyle w:val="Nagwek2"/>
        <w:spacing w:before="240" w:after="120"/>
        <w:jc w:val="both"/>
        <w:rPr>
          <w:rFonts w:ascii="Times New Roman" w:hAnsi="Times New Roman" w:cs="Times New Roman"/>
          <w:color w:val="1808EA"/>
          <w:szCs w:val="24"/>
        </w:rPr>
      </w:pPr>
      <w:r w:rsidRPr="00883391">
        <w:rPr>
          <w:rFonts w:ascii="Times New Roman" w:hAnsi="Times New Roman" w:cs="Times New Roman"/>
          <w:color w:val="1808EA"/>
          <w:szCs w:val="24"/>
        </w:rPr>
        <w:t>4. Obowiązek informacyjny i prawa osób</w:t>
      </w:r>
    </w:p>
    <w:p w14:paraId="4C028FCA" w14:textId="563A6B33" w:rsidR="00463D21" w:rsidRPr="002F7ED6" w:rsidRDefault="008E48C1">
      <w:pPr>
        <w:pStyle w:val="Listanumerowan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Każdy administrator przekazuje</w:t>
      </w:r>
      <w:r w:rsidR="00DE17A5">
        <w:rPr>
          <w:rFonts w:ascii="Times New Roman" w:hAnsi="Times New Roman" w:cs="Times New Roman"/>
          <w:sz w:val="24"/>
          <w:szCs w:val="24"/>
        </w:rPr>
        <w:t>/zamieszcza</w:t>
      </w:r>
      <w:r w:rsidRPr="002F7ED6">
        <w:rPr>
          <w:rFonts w:ascii="Times New Roman" w:hAnsi="Times New Roman" w:cs="Times New Roman"/>
          <w:sz w:val="24"/>
          <w:szCs w:val="24"/>
        </w:rPr>
        <w:t xml:space="preserve"> klauzulę informacyjną przed rozpoczęciem przetwarzania danych w swoim zakresie.</w:t>
      </w:r>
    </w:p>
    <w:p w14:paraId="19531D9D" w14:textId="2FF7679C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Klauzula informacyjna powinna zawierać </w:t>
      </w:r>
      <w:r w:rsidR="00B06476">
        <w:rPr>
          <w:rFonts w:ascii="Times New Roman" w:hAnsi="Times New Roman" w:cs="Times New Roman"/>
          <w:sz w:val="24"/>
          <w:szCs w:val="24"/>
        </w:rPr>
        <w:t>informacje wskazane w art. 13 RODO</w:t>
      </w:r>
      <w:r w:rsidRPr="002F7ED6">
        <w:rPr>
          <w:rFonts w:ascii="Times New Roman" w:hAnsi="Times New Roman" w:cs="Times New Roman"/>
          <w:sz w:val="24"/>
          <w:szCs w:val="24"/>
        </w:rPr>
        <w:t>.</w:t>
      </w:r>
    </w:p>
    <w:p w14:paraId="24A3D2B9" w14:textId="6DA16A0B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Wycofanie zgody nie wpływa na zgodność z prawem przetwarzania dokonanego przed </w:t>
      </w:r>
      <w:r w:rsidR="000819EE">
        <w:rPr>
          <w:rFonts w:ascii="Times New Roman" w:hAnsi="Times New Roman" w:cs="Times New Roman"/>
          <w:sz w:val="24"/>
          <w:szCs w:val="24"/>
        </w:rPr>
        <w:br/>
      </w:r>
      <w:r w:rsidRPr="002F7ED6">
        <w:rPr>
          <w:rFonts w:ascii="Times New Roman" w:hAnsi="Times New Roman" w:cs="Times New Roman"/>
          <w:sz w:val="24"/>
          <w:szCs w:val="24"/>
        </w:rPr>
        <w:t>jej wycofaniem.</w:t>
      </w:r>
    </w:p>
    <w:p w14:paraId="3BD7D002" w14:textId="50C76321" w:rsidR="00463D21" w:rsidRPr="00883391" w:rsidRDefault="007F5607" w:rsidP="000819EE">
      <w:pPr>
        <w:pStyle w:val="Nagwek1"/>
        <w:spacing w:before="240" w:after="240"/>
        <w:jc w:val="both"/>
        <w:rPr>
          <w:rFonts w:ascii="Times New Roman" w:hAnsi="Times New Roman" w:cs="Times New Roman"/>
          <w:color w:val="1808EA"/>
          <w:sz w:val="24"/>
          <w:szCs w:val="24"/>
        </w:rPr>
      </w:pPr>
      <w:r w:rsidRPr="00883391">
        <w:rPr>
          <w:rFonts w:ascii="Times New Roman" w:hAnsi="Times New Roman" w:cs="Times New Roman"/>
          <w:color w:val="1808EA"/>
          <w:sz w:val="24"/>
          <w:szCs w:val="24"/>
        </w:rPr>
        <w:t>VIII. Prawa autorskie, prawa pokrewne i wizerunek</w:t>
      </w:r>
    </w:p>
    <w:p w14:paraId="6153BD88" w14:textId="77777777" w:rsidR="00463D21" w:rsidRPr="00883391" w:rsidRDefault="008E48C1" w:rsidP="000819EE">
      <w:pPr>
        <w:pStyle w:val="Nagwek2"/>
        <w:spacing w:before="240" w:after="120"/>
        <w:jc w:val="both"/>
        <w:rPr>
          <w:rFonts w:ascii="Times New Roman" w:hAnsi="Times New Roman" w:cs="Times New Roman"/>
          <w:color w:val="1808EA"/>
          <w:szCs w:val="24"/>
        </w:rPr>
      </w:pPr>
      <w:r w:rsidRPr="00883391">
        <w:rPr>
          <w:rFonts w:ascii="Times New Roman" w:hAnsi="Times New Roman" w:cs="Times New Roman"/>
          <w:color w:val="1808EA"/>
          <w:szCs w:val="24"/>
        </w:rPr>
        <w:t>1. Prace i materiały twórcze</w:t>
      </w:r>
    </w:p>
    <w:p w14:paraId="649AFE52" w14:textId="40034FC7" w:rsidR="00463D21" w:rsidRPr="002F7ED6" w:rsidRDefault="008E48C1">
      <w:pPr>
        <w:pStyle w:val="Listanumerowan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Prace plastyczne, filmy, zdjęcia, prezentacje, scenariusze, teksty, nagrania, plakaty i inne materiały </w:t>
      </w:r>
      <w:r w:rsidR="00B06476">
        <w:rPr>
          <w:rFonts w:ascii="Times New Roman" w:hAnsi="Times New Roman" w:cs="Times New Roman"/>
          <w:sz w:val="24"/>
          <w:szCs w:val="24"/>
        </w:rPr>
        <w:t>wytworzone</w:t>
      </w:r>
      <w:r w:rsidRPr="002F7ED6">
        <w:rPr>
          <w:rFonts w:ascii="Times New Roman" w:hAnsi="Times New Roman" w:cs="Times New Roman"/>
          <w:sz w:val="24"/>
          <w:szCs w:val="24"/>
        </w:rPr>
        <w:t xml:space="preserve"> w ramach Konkursu mogą stanowić utwory w rozumieniu prawa autorskiego.</w:t>
      </w:r>
    </w:p>
    <w:p w14:paraId="291B698E" w14:textId="77777777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Przekazanie pracy do Konkursu powinno być poprzedzone oświadczeniem autora albo rodzica/opiekuna prawnego dziecka, że praca jest wynikiem samodzielnej twórczości ucznia albo zespołu uczniów, nie narusza praw osób trzecich oraz nie zawiera treści bezprawnych.</w:t>
      </w:r>
    </w:p>
    <w:p w14:paraId="1BAD374B" w14:textId="48F7F48A" w:rsidR="00463D21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Organizatorzy Konkursu nie nabywają autorskich praw majątkowych do prac</w:t>
      </w:r>
      <w:r w:rsidR="0008301B">
        <w:rPr>
          <w:rFonts w:ascii="Times New Roman" w:hAnsi="Times New Roman" w:cs="Times New Roman"/>
          <w:sz w:val="24"/>
          <w:szCs w:val="24"/>
        </w:rPr>
        <w:t xml:space="preserve">. </w:t>
      </w:r>
      <w:r w:rsidRPr="002F7ED6">
        <w:rPr>
          <w:rFonts w:ascii="Times New Roman" w:hAnsi="Times New Roman" w:cs="Times New Roman"/>
          <w:sz w:val="24"/>
          <w:szCs w:val="24"/>
        </w:rPr>
        <w:t>Dla potrzeb Konkursu wystarczając</w:t>
      </w:r>
      <w:r w:rsidR="00346AF3">
        <w:rPr>
          <w:rFonts w:ascii="Times New Roman" w:hAnsi="Times New Roman" w:cs="Times New Roman"/>
          <w:sz w:val="24"/>
          <w:szCs w:val="24"/>
        </w:rPr>
        <w:t>ym</w:t>
      </w:r>
      <w:r w:rsidRPr="002F7ED6">
        <w:rPr>
          <w:rFonts w:ascii="Times New Roman" w:hAnsi="Times New Roman" w:cs="Times New Roman"/>
          <w:sz w:val="24"/>
          <w:szCs w:val="24"/>
        </w:rPr>
        <w:t xml:space="preserve"> </w:t>
      </w:r>
      <w:r w:rsidRPr="00346AF3">
        <w:rPr>
          <w:rFonts w:ascii="Times New Roman" w:hAnsi="Times New Roman" w:cs="Times New Roman"/>
          <w:sz w:val="24"/>
          <w:szCs w:val="24"/>
        </w:rPr>
        <w:t>jest korzystanie z pracy w celach organizacyjnych, dokumentacyjnych, edukacyjnych i promocyjnych Konkursu.</w:t>
      </w:r>
    </w:p>
    <w:p w14:paraId="58F840CA" w14:textId="3B90219C" w:rsidR="0040329A" w:rsidRPr="002F7ED6" w:rsidRDefault="0040329A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40329A">
        <w:rPr>
          <w:rFonts w:ascii="Times New Roman" w:hAnsi="Times New Roman" w:cs="Times New Roman"/>
          <w:sz w:val="24"/>
          <w:szCs w:val="24"/>
        </w:rPr>
        <w:t>Organizator</w:t>
      </w:r>
      <w:r>
        <w:rPr>
          <w:rFonts w:ascii="Times New Roman" w:hAnsi="Times New Roman" w:cs="Times New Roman"/>
          <w:sz w:val="24"/>
          <w:szCs w:val="24"/>
        </w:rPr>
        <w:t xml:space="preserve"> Konkursu</w:t>
      </w:r>
      <w:r w:rsidRPr="0040329A">
        <w:rPr>
          <w:rFonts w:ascii="Times New Roman" w:hAnsi="Times New Roman" w:cs="Times New Roman"/>
          <w:sz w:val="24"/>
          <w:szCs w:val="24"/>
        </w:rPr>
        <w:t xml:space="preserve"> zastrzega sobie prawo do bezpłatnego wykorzystania i publikacji wybranych prac (lub ich części) w celach informacyjnych,</w:t>
      </w:r>
      <w:r w:rsidR="00C87ADC">
        <w:rPr>
          <w:rFonts w:ascii="Times New Roman" w:hAnsi="Times New Roman" w:cs="Times New Roman"/>
          <w:sz w:val="24"/>
          <w:szCs w:val="24"/>
        </w:rPr>
        <w:t xml:space="preserve"> edukacyjnych,</w:t>
      </w:r>
      <w:r w:rsidRPr="0040329A">
        <w:rPr>
          <w:rFonts w:ascii="Times New Roman" w:hAnsi="Times New Roman" w:cs="Times New Roman"/>
          <w:sz w:val="24"/>
          <w:szCs w:val="24"/>
        </w:rPr>
        <w:t xml:space="preserve"> promocyjnych </w:t>
      </w:r>
      <w:r w:rsidR="000819EE">
        <w:rPr>
          <w:rFonts w:ascii="Times New Roman" w:hAnsi="Times New Roman" w:cs="Times New Roman"/>
          <w:sz w:val="24"/>
          <w:szCs w:val="24"/>
        </w:rPr>
        <w:br/>
      </w:r>
      <w:r w:rsidRPr="0040329A">
        <w:rPr>
          <w:rFonts w:ascii="Times New Roman" w:hAnsi="Times New Roman" w:cs="Times New Roman"/>
          <w:sz w:val="24"/>
          <w:szCs w:val="24"/>
        </w:rPr>
        <w:t xml:space="preserve">oraz okolicznościowych. Prace mogą być udostępniane w </w:t>
      </w:r>
      <w:proofErr w:type="spellStart"/>
      <w:r w:rsidRPr="0040329A">
        <w:rPr>
          <w:rFonts w:ascii="Times New Roman" w:hAnsi="Times New Roman" w:cs="Times New Roman"/>
          <w:sz w:val="24"/>
          <w:szCs w:val="24"/>
        </w:rPr>
        <w:t>internecie</w:t>
      </w:r>
      <w:proofErr w:type="spellEnd"/>
      <w:r w:rsidRPr="0040329A">
        <w:rPr>
          <w:rFonts w:ascii="Times New Roman" w:hAnsi="Times New Roman" w:cs="Times New Roman"/>
          <w:sz w:val="24"/>
          <w:szCs w:val="24"/>
        </w:rPr>
        <w:t>, prasie</w:t>
      </w:r>
      <w:r w:rsidR="0097459F">
        <w:rPr>
          <w:rFonts w:ascii="Times New Roman" w:hAnsi="Times New Roman" w:cs="Times New Roman"/>
          <w:sz w:val="24"/>
          <w:szCs w:val="24"/>
        </w:rPr>
        <w:t xml:space="preserve">, </w:t>
      </w:r>
      <w:r w:rsidRPr="0040329A">
        <w:rPr>
          <w:rFonts w:ascii="Times New Roman" w:hAnsi="Times New Roman" w:cs="Times New Roman"/>
          <w:sz w:val="24"/>
          <w:szCs w:val="24"/>
        </w:rPr>
        <w:t>w przyszłych wydawnictwach drukowanych</w:t>
      </w:r>
      <w:r w:rsidR="00C653A8">
        <w:rPr>
          <w:rFonts w:ascii="Times New Roman" w:hAnsi="Times New Roman" w:cs="Times New Roman"/>
          <w:sz w:val="24"/>
          <w:szCs w:val="24"/>
        </w:rPr>
        <w:t xml:space="preserve"> </w:t>
      </w:r>
      <w:r w:rsidRPr="0040329A">
        <w:rPr>
          <w:rFonts w:ascii="Times New Roman" w:hAnsi="Times New Roman" w:cs="Times New Roman"/>
          <w:sz w:val="24"/>
          <w:szCs w:val="24"/>
        </w:rPr>
        <w:t>i elektronicznych</w:t>
      </w:r>
      <w:r w:rsidR="0097459F">
        <w:rPr>
          <w:rFonts w:ascii="Times New Roman" w:hAnsi="Times New Roman" w:cs="Times New Roman"/>
          <w:sz w:val="24"/>
          <w:szCs w:val="24"/>
        </w:rPr>
        <w:t xml:space="preserve"> oraz innych formach eksploatacji </w:t>
      </w:r>
      <w:r w:rsidR="000819EE">
        <w:rPr>
          <w:rFonts w:ascii="Times New Roman" w:hAnsi="Times New Roman" w:cs="Times New Roman"/>
          <w:sz w:val="24"/>
          <w:szCs w:val="24"/>
        </w:rPr>
        <w:br/>
      </w:r>
      <w:r w:rsidRPr="0040329A">
        <w:rPr>
          <w:rFonts w:ascii="Times New Roman" w:hAnsi="Times New Roman" w:cs="Times New Roman"/>
          <w:sz w:val="24"/>
          <w:szCs w:val="24"/>
        </w:rPr>
        <w:t>bez ograniczeń czasowych. Z tytułu publikacji autorom nie przysługuje wynagrodzenie.</w:t>
      </w:r>
    </w:p>
    <w:p w14:paraId="26A2C38B" w14:textId="1241E92F" w:rsidR="00463D21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lastRenderedPageBreak/>
        <w:t xml:space="preserve">Autorskie prawa osobiste twórcy, w szczególności prawo do oznaczenia autorstwa, powinny być respektowane. Organizator </w:t>
      </w:r>
      <w:r w:rsidRPr="00346AF3">
        <w:rPr>
          <w:rFonts w:ascii="Times New Roman" w:hAnsi="Times New Roman" w:cs="Times New Roman"/>
          <w:sz w:val="24"/>
          <w:szCs w:val="24"/>
        </w:rPr>
        <w:t xml:space="preserve">może zastrzec, że </w:t>
      </w:r>
      <w:r w:rsidR="00A35ACC">
        <w:rPr>
          <w:rFonts w:ascii="Times New Roman" w:hAnsi="Times New Roman" w:cs="Times New Roman"/>
          <w:sz w:val="24"/>
          <w:szCs w:val="24"/>
        </w:rPr>
        <w:t>rozpowszechnianie</w:t>
      </w:r>
      <w:r w:rsidRPr="002F7ED6">
        <w:rPr>
          <w:rFonts w:ascii="Times New Roman" w:hAnsi="Times New Roman" w:cs="Times New Roman"/>
          <w:sz w:val="24"/>
          <w:szCs w:val="24"/>
        </w:rPr>
        <w:t xml:space="preserve"> </w:t>
      </w:r>
      <w:r w:rsidR="00A35ACC">
        <w:rPr>
          <w:rFonts w:ascii="Times New Roman" w:hAnsi="Times New Roman" w:cs="Times New Roman"/>
          <w:sz w:val="24"/>
          <w:szCs w:val="24"/>
        </w:rPr>
        <w:t>pracy następuje</w:t>
      </w:r>
      <w:r w:rsidRPr="002F7ED6">
        <w:rPr>
          <w:rFonts w:ascii="Times New Roman" w:hAnsi="Times New Roman" w:cs="Times New Roman"/>
          <w:sz w:val="24"/>
          <w:szCs w:val="24"/>
        </w:rPr>
        <w:t xml:space="preserve"> tylko wtedy, gdy uzyskano na to zgodę rodzica/opiekuna prawnego</w:t>
      </w:r>
      <w:r w:rsidR="0013017B">
        <w:rPr>
          <w:rFonts w:ascii="Times New Roman" w:hAnsi="Times New Roman" w:cs="Times New Roman"/>
          <w:sz w:val="24"/>
          <w:szCs w:val="24"/>
        </w:rPr>
        <w:t>,</w:t>
      </w:r>
      <w:r w:rsidRPr="002F7ED6">
        <w:rPr>
          <w:rFonts w:ascii="Times New Roman" w:hAnsi="Times New Roman" w:cs="Times New Roman"/>
          <w:sz w:val="24"/>
          <w:szCs w:val="24"/>
        </w:rPr>
        <w:t xml:space="preserve"> albo gdy publikacja następuje</w:t>
      </w:r>
      <w:r w:rsidR="00C653A8">
        <w:rPr>
          <w:rFonts w:ascii="Times New Roman" w:hAnsi="Times New Roman" w:cs="Times New Roman"/>
          <w:sz w:val="24"/>
          <w:szCs w:val="24"/>
        </w:rPr>
        <w:br/>
      </w:r>
      <w:r w:rsidRPr="002F7ED6">
        <w:rPr>
          <w:rFonts w:ascii="Times New Roman" w:hAnsi="Times New Roman" w:cs="Times New Roman"/>
          <w:sz w:val="24"/>
          <w:szCs w:val="24"/>
        </w:rPr>
        <w:t>w sposób nienaruszający zasad ochrony danych.</w:t>
      </w:r>
    </w:p>
    <w:p w14:paraId="607BB970" w14:textId="511B45B9" w:rsidR="00A231AC" w:rsidRDefault="00A231AC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A231AC">
        <w:rPr>
          <w:rFonts w:ascii="Times New Roman" w:hAnsi="Times New Roman" w:cs="Times New Roman"/>
          <w:sz w:val="24"/>
          <w:szCs w:val="24"/>
        </w:rPr>
        <w:t xml:space="preserve">Organizator nie odpowiada za niezależne działania osób trzecich polegające na utrwalaniu, publikowaniu, rozpowszechnianiu lub dalszym udostępnianiu zdjęć, nagrań, relacji lub innych materiałów z Konkursu, w tym z </w:t>
      </w:r>
      <w:r w:rsidR="00C87ADC">
        <w:rPr>
          <w:rFonts w:ascii="Times New Roman" w:hAnsi="Times New Roman" w:cs="Times New Roman"/>
          <w:sz w:val="24"/>
          <w:szCs w:val="24"/>
        </w:rPr>
        <w:t>G</w:t>
      </w:r>
      <w:r w:rsidRPr="00A231AC">
        <w:rPr>
          <w:rFonts w:ascii="Times New Roman" w:hAnsi="Times New Roman" w:cs="Times New Roman"/>
          <w:sz w:val="24"/>
          <w:szCs w:val="24"/>
        </w:rPr>
        <w:t xml:space="preserve">ali </w:t>
      </w:r>
      <w:r w:rsidR="00471AFB">
        <w:rPr>
          <w:rFonts w:ascii="Times New Roman" w:hAnsi="Times New Roman" w:cs="Times New Roman"/>
          <w:sz w:val="24"/>
          <w:szCs w:val="24"/>
        </w:rPr>
        <w:t>Finałowej</w:t>
      </w:r>
      <w:r w:rsidRPr="00A231AC">
        <w:rPr>
          <w:rFonts w:ascii="Times New Roman" w:hAnsi="Times New Roman" w:cs="Times New Roman"/>
          <w:sz w:val="24"/>
          <w:szCs w:val="24"/>
        </w:rPr>
        <w:t xml:space="preserve">, jeżeli działania te nie są podejmowane przez Organizatora ani na jego zlecenie. </w:t>
      </w:r>
    </w:p>
    <w:p w14:paraId="4D347AC5" w14:textId="77777777" w:rsidR="00463D21" w:rsidRPr="00984D8E" w:rsidRDefault="008E48C1" w:rsidP="000819EE">
      <w:pPr>
        <w:pStyle w:val="Nagwek2"/>
        <w:spacing w:before="240" w:after="120"/>
        <w:jc w:val="both"/>
        <w:rPr>
          <w:rFonts w:ascii="Times New Roman" w:hAnsi="Times New Roman" w:cs="Times New Roman"/>
          <w:color w:val="0000FF"/>
          <w:szCs w:val="24"/>
        </w:rPr>
      </w:pPr>
      <w:r w:rsidRPr="00984D8E">
        <w:rPr>
          <w:rFonts w:ascii="Times New Roman" w:hAnsi="Times New Roman" w:cs="Times New Roman"/>
          <w:color w:val="0000FF"/>
          <w:szCs w:val="24"/>
        </w:rPr>
        <w:t>2. Wizerunek</w:t>
      </w:r>
    </w:p>
    <w:p w14:paraId="7156B825" w14:textId="77777777" w:rsidR="00463D21" w:rsidRPr="002F7ED6" w:rsidRDefault="008E48C1">
      <w:pPr>
        <w:pStyle w:val="Listanumerowana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Wizerunek uczestników może być utrwalany i rozpowszechniany wyłącznie w zakresie wskazanym w zgodzie albo w przypadkach dopuszczonych przez przepisy prawa.</w:t>
      </w:r>
    </w:p>
    <w:p w14:paraId="26E368D1" w14:textId="737E198D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Zgoda na </w:t>
      </w:r>
      <w:r w:rsidR="005B5811">
        <w:rPr>
          <w:rFonts w:ascii="Times New Roman" w:hAnsi="Times New Roman" w:cs="Times New Roman"/>
          <w:sz w:val="24"/>
          <w:szCs w:val="24"/>
        </w:rPr>
        <w:t xml:space="preserve">przetwarzanie </w:t>
      </w:r>
      <w:r w:rsidR="005B5811" w:rsidRPr="002F7ED6">
        <w:rPr>
          <w:rFonts w:ascii="Times New Roman" w:hAnsi="Times New Roman" w:cs="Times New Roman"/>
          <w:sz w:val="24"/>
          <w:szCs w:val="24"/>
        </w:rPr>
        <w:t>wizerunku</w:t>
      </w:r>
      <w:r w:rsidRPr="002F7ED6">
        <w:rPr>
          <w:rFonts w:ascii="Times New Roman" w:hAnsi="Times New Roman" w:cs="Times New Roman"/>
          <w:sz w:val="24"/>
          <w:szCs w:val="24"/>
        </w:rPr>
        <w:t xml:space="preserve"> powinna określać</w:t>
      </w:r>
      <w:r w:rsidR="005B5811">
        <w:rPr>
          <w:rFonts w:ascii="Times New Roman" w:hAnsi="Times New Roman" w:cs="Times New Roman"/>
          <w:sz w:val="24"/>
          <w:szCs w:val="24"/>
        </w:rPr>
        <w:t xml:space="preserve"> m.in</w:t>
      </w:r>
      <w:r w:rsidRPr="002F7ED6">
        <w:rPr>
          <w:rFonts w:ascii="Times New Roman" w:hAnsi="Times New Roman" w:cs="Times New Roman"/>
          <w:sz w:val="24"/>
          <w:szCs w:val="24"/>
        </w:rPr>
        <w:t>: cel, wydarzenie lub zakres wydarzeń, kanały publikacji, informację o dobrowolności</w:t>
      </w:r>
      <w:r w:rsidR="005B5811">
        <w:rPr>
          <w:rFonts w:ascii="Times New Roman" w:hAnsi="Times New Roman" w:cs="Times New Roman"/>
          <w:sz w:val="24"/>
          <w:szCs w:val="24"/>
        </w:rPr>
        <w:t xml:space="preserve"> i</w:t>
      </w:r>
      <w:r w:rsidRPr="002F7ED6">
        <w:rPr>
          <w:rFonts w:ascii="Times New Roman" w:hAnsi="Times New Roman" w:cs="Times New Roman"/>
          <w:sz w:val="24"/>
          <w:szCs w:val="24"/>
        </w:rPr>
        <w:t xml:space="preserve"> możliwości </w:t>
      </w:r>
      <w:r w:rsidR="005B5811">
        <w:rPr>
          <w:rFonts w:ascii="Times New Roman" w:hAnsi="Times New Roman" w:cs="Times New Roman"/>
          <w:sz w:val="24"/>
          <w:szCs w:val="24"/>
        </w:rPr>
        <w:t xml:space="preserve">oraz skutkach </w:t>
      </w:r>
      <w:r w:rsidRPr="002F7ED6">
        <w:rPr>
          <w:rFonts w:ascii="Times New Roman" w:hAnsi="Times New Roman" w:cs="Times New Roman"/>
          <w:sz w:val="24"/>
          <w:szCs w:val="24"/>
        </w:rPr>
        <w:t>wycofania zgody.</w:t>
      </w:r>
    </w:p>
    <w:p w14:paraId="7D38D9B0" w14:textId="44A44671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 xml:space="preserve">Dla </w:t>
      </w:r>
      <w:r w:rsidR="00B83277">
        <w:rPr>
          <w:rFonts w:ascii="Times New Roman" w:hAnsi="Times New Roman" w:cs="Times New Roman"/>
          <w:sz w:val="24"/>
          <w:szCs w:val="24"/>
        </w:rPr>
        <w:t>etapu</w:t>
      </w:r>
      <w:r w:rsidRPr="002F7ED6">
        <w:rPr>
          <w:rFonts w:ascii="Times New Roman" w:hAnsi="Times New Roman" w:cs="Times New Roman"/>
          <w:sz w:val="24"/>
          <w:szCs w:val="24"/>
        </w:rPr>
        <w:t xml:space="preserve"> szkolnego, wojewódzkiego/</w:t>
      </w:r>
      <w:r w:rsidR="00C74B6D">
        <w:rPr>
          <w:rFonts w:ascii="Times New Roman" w:hAnsi="Times New Roman" w:cs="Times New Roman"/>
          <w:sz w:val="24"/>
          <w:szCs w:val="24"/>
        </w:rPr>
        <w:t>stołeczneg</w:t>
      </w:r>
      <w:r w:rsidRPr="002F7ED6">
        <w:rPr>
          <w:rFonts w:ascii="Times New Roman" w:hAnsi="Times New Roman" w:cs="Times New Roman"/>
          <w:sz w:val="24"/>
          <w:szCs w:val="24"/>
        </w:rPr>
        <w:t>o i ogólnopolskiego należy stosować odrębne zgody, jeżeli wizerunek ma być wykorzystywany przez różnych administratorów</w:t>
      </w:r>
      <w:r w:rsidR="009E073F">
        <w:rPr>
          <w:rFonts w:ascii="Times New Roman" w:hAnsi="Times New Roman" w:cs="Times New Roman"/>
          <w:sz w:val="24"/>
          <w:szCs w:val="24"/>
        </w:rPr>
        <w:t>.</w:t>
      </w:r>
    </w:p>
    <w:p w14:paraId="090424E2" w14:textId="47A73DFE" w:rsidR="00463D21" w:rsidRPr="002F7ED6" w:rsidRDefault="008E48C1" w:rsidP="00A510A4">
      <w:pPr>
        <w:pStyle w:val="Listanumerowana"/>
        <w:jc w:val="both"/>
        <w:rPr>
          <w:rFonts w:ascii="Times New Roman" w:hAnsi="Times New Roman" w:cs="Times New Roman"/>
          <w:sz w:val="24"/>
          <w:szCs w:val="24"/>
        </w:rPr>
      </w:pPr>
      <w:r w:rsidRPr="002F7ED6">
        <w:rPr>
          <w:rFonts w:ascii="Times New Roman" w:hAnsi="Times New Roman" w:cs="Times New Roman"/>
          <w:sz w:val="24"/>
          <w:szCs w:val="24"/>
        </w:rPr>
        <w:t>Fotografie i nagrania nie powinny przedstawiać dzieci w sytuacjach naruszających godność, prywatność lub bezpieczeństwo, ani ujawniać danych nadmiarowych, np. danych identyfikacyjnych na identyfikatorach, listach obecności lub dokumentach widocznych w tle.</w:t>
      </w:r>
    </w:p>
    <w:p w14:paraId="7F07B3F6" w14:textId="0C32C2E8" w:rsidR="00463D21" w:rsidRPr="00984D8E" w:rsidRDefault="007F5607" w:rsidP="000819EE">
      <w:pPr>
        <w:pStyle w:val="Nagwek1"/>
        <w:spacing w:before="240" w:after="240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984D8E">
        <w:rPr>
          <w:rFonts w:ascii="Times New Roman" w:hAnsi="Times New Roman" w:cs="Times New Roman"/>
          <w:color w:val="0000FF"/>
          <w:sz w:val="24"/>
          <w:szCs w:val="24"/>
        </w:rPr>
        <w:t>IX. Promocja, partnerzy i nagrody</w:t>
      </w:r>
    </w:p>
    <w:p w14:paraId="2617F997" w14:textId="71CB8BDF" w:rsidR="00E7644B" w:rsidRDefault="00E7644B" w:rsidP="00E7644B">
      <w:pPr>
        <w:pStyle w:val="Akapitzlist"/>
        <w:numPr>
          <w:ilvl w:val="0"/>
          <w:numId w:val="29"/>
        </w:numPr>
        <w:spacing w:before="120" w:after="12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 xml:space="preserve">Komenda Wojewódzka Policji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Krakowie 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 xml:space="preserve">będzie promowała Konkurs w szkołach podstawowych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właściwych miejscowo według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 xml:space="preserve"> własne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j inicjatywy i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 xml:space="preserve"> pomysłu, np. poprzez przesłanie informacji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 K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 xml:space="preserve">onkursie do dyrektorów szkół, na stronach internetowych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Policji,                      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>mediach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, w tym mediach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 xml:space="preserve"> społecznościowych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własnych i 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>partnerów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/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>współorganizatorów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>oraz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 </w:t>
      </w:r>
      <w:r w:rsidRPr="00B723D3">
        <w:rPr>
          <w:rFonts w:ascii="Times New Roman" w:eastAsia="Times New Roman" w:hAnsi="Times New Roman"/>
          <w:sz w:val="24"/>
          <w:szCs w:val="24"/>
          <w:lang w:eastAsia="pl-PL"/>
        </w:rPr>
        <w:t>innych mediach pozyskanych przez organizatorów.</w:t>
      </w:r>
    </w:p>
    <w:p w14:paraId="1A87652E" w14:textId="77777777" w:rsidR="00FE3E73" w:rsidRDefault="00FE3E73" w:rsidP="00FE3E73">
      <w:pPr>
        <w:pStyle w:val="Akapitzlist"/>
        <w:spacing w:before="120" w:after="120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1F78AEE" w14:textId="1940ED1F" w:rsidR="00FE3E73" w:rsidRPr="00D71490" w:rsidRDefault="00FE3E73" w:rsidP="00E7644B">
      <w:pPr>
        <w:pStyle w:val="Akapitzlist"/>
        <w:numPr>
          <w:ilvl w:val="0"/>
          <w:numId w:val="29"/>
        </w:numPr>
        <w:spacing w:before="120" w:after="120"/>
        <w:ind w:left="426" w:hanging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D71490">
        <w:rPr>
          <w:rFonts w:ascii="Times New Roman" w:eastAsia="Times New Roman" w:hAnsi="Times New Roman"/>
          <w:sz w:val="24"/>
          <w:szCs w:val="24"/>
          <w:lang w:eastAsia="pl-PL"/>
        </w:rPr>
        <w:t>Nagrody w Konkursie</w:t>
      </w:r>
    </w:p>
    <w:p w14:paraId="54B6D652" w14:textId="185B46C6" w:rsidR="00FE3E73" w:rsidRPr="00D71490" w:rsidRDefault="00145520" w:rsidP="00FE3E73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>V</w:t>
      </w:r>
      <w:r w:rsidR="00FE3E73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>o</w:t>
      </w:r>
      <w:r w:rsidR="00F933DF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>uch</w:t>
      </w:r>
      <w:r w:rsidR="00FE3E73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>ery dla szk</w:t>
      </w:r>
      <w:r w:rsidR="00994611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>ół</w:t>
      </w:r>
      <w:r w:rsidR="00FE3E73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za zajęcie miejsc od I – X</w:t>
      </w:r>
      <w:r w:rsidR="00AE388D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o łącznej wartości 30.000 </w:t>
      </w:r>
      <w:proofErr w:type="spellStart"/>
      <w:r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>pln</w:t>
      </w:r>
      <w:proofErr w:type="spellEnd"/>
      <w:r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="00994611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>, ufundowane przez współorganizatora konkursu -  Małopolski Ośrodek Ruchu Drogowego w Krakowie, w  projekcie „Razem dla Bezpieczeństwa w Małopolsce”</w:t>
      </w:r>
      <w:r w:rsidR="00623346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FEMP.04.02-IZ.00-0435/25</w:t>
      </w:r>
      <w:r w:rsidR="00994611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realizowanego  w ramach  programu „Fundusze Europejskie dla Małopolski 2021-2027”</w:t>
      </w:r>
      <w:r w:rsidR="00623346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 </w:t>
      </w:r>
      <w:r w:rsidR="00994611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>,</w:t>
      </w:r>
    </w:p>
    <w:p w14:paraId="13F29322" w14:textId="4B35A09C" w:rsidR="00994611" w:rsidRPr="00D71490" w:rsidRDefault="00145520" w:rsidP="00994611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Times New Roman" w:eastAsia="Times New Roman" w:hAnsi="Times New Roman"/>
          <w:sz w:val="24"/>
          <w:szCs w:val="24"/>
          <w:lang w:val="pl-PL" w:eastAsia="pl-PL"/>
        </w:rPr>
      </w:pPr>
      <w:r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Vouchery dla 200 dzieci o łącznej wartości 20.000 </w:t>
      </w:r>
      <w:proofErr w:type="spellStart"/>
      <w:r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>pln</w:t>
      </w:r>
      <w:proofErr w:type="spellEnd"/>
      <w:r w:rsidR="00994611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, ufundowane przez  współorganizatora konkursu - Małopolski Ośrodek Ruchu Drogowego w Krakowie,  w  projekcie „Razem dla Bezpieczeństwa w Małopolsce” </w:t>
      </w:r>
      <w:r w:rsidR="00623346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FEMP.04.02-IZ.00-0435/25 </w:t>
      </w:r>
      <w:r w:rsidR="00994611" w:rsidRPr="00D71490">
        <w:rPr>
          <w:rFonts w:ascii="Times New Roman" w:eastAsia="Times New Roman" w:hAnsi="Times New Roman"/>
          <w:sz w:val="24"/>
          <w:szCs w:val="24"/>
          <w:lang w:val="pl-PL" w:eastAsia="pl-PL"/>
        </w:rPr>
        <w:t>realizowanego  w ramach  programu „Fundusze Europejskie dla Małopolski 2021-2027”,</w:t>
      </w:r>
    </w:p>
    <w:p w14:paraId="6BC2D09C" w14:textId="5C034628" w:rsidR="00145520" w:rsidRPr="00D71490" w:rsidRDefault="00145520" w:rsidP="00994611">
      <w:pPr>
        <w:pStyle w:val="Bezodstpw"/>
        <w:spacing w:line="276" w:lineRule="auto"/>
        <w:ind w:left="780"/>
        <w:jc w:val="both"/>
        <w:rPr>
          <w:rFonts w:ascii="Times New Roman" w:eastAsia="Times New Roman" w:hAnsi="Times New Roman"/>
          <w:sz w:val="24"/>
          <w:szCs w:val="24"/>
          <w:lang w:val="pl-PL" w:eastAsia="pl-PL"/>
        </w:rPr>
      </w:pPr>
    </w:p>
    <w:p w14:paraId="30D87715" w14:textId="5422A9DF" w:rsidR="00467FAD" w:rsidRPr="00623346" w:rsidRDefault="007F2075" w:rsidP="007F2075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Times New Roman" w:hAnsi="Times New Roman"/>
          <w:sz w:val="24"/>
          <w:lang w:val="pl-PL"/>
        </w:rPr>
      </w:pPr>
      <w:r w:rsidRPr="00623346">
        <w:rPr>
          <w:rFonts w:ascii="Times New Roman" w:hAnsi="Times New Roman"/>
          <w:sz w:val="24"/>
          <w:lang w:val="pl-PL"/>
        </w:rPr>
        <w:t xml:space="preserve">Organizatorzy zastrzegają sobie prawo do ufundowania dodatkowych nagród. </w:t>
      </w:r>
    </w:p>
    <w:p w14:paraId="1896A4C6" w14:textId="77777777" w:rsidR="007F2075" w:rsidRPr="00623346" w:rsidRDefault="007F2075" w:rsidP="007F2075">
      <w:pPr>
        <w:pStyle w:val="Bezodstpw"/>
        <w:spacing w:line="276" w:lineRule="auto"/>
        <w:ind w:left="780"/>
        <w:jc w:val="both"/>
        <w:rPr>
          <w:rFonts w:ascii="Times New Roman" w:hAnsi="Times New Roman"/>
          <w:sz w:val="24"/>
          <w:highlight w:val="yellow"/>
          <w:lang w:val="pl-PL"/>
        </w:rPr>
      </w:pPr>
    </w:p>
    <w:p w14:paraId="1340DEAB" w14:textId="7D3A60A1" w:rsidR="00FE3E73" w:rsidRPr="00623346" w:rsidRDefault="00FE3E73" w:rsidP="00FE3E73">
      <w:pPr>
        <w:pStyle w:val="Bezodstpw"/>
        <w:numPr>
          <w:ilvl w:val="0"/>
          <w:numId w:val="30"/>
        </w:numPr>
        <w:spacing w:line="276" w:lineRule="auto"/>
        <w:jc w:val="both"/>
        <w:rPr>
          <w:rFonts w:ascii="Times New Roman" w:hAnsi="Times New Roman"/>
          <w:sz w:val="24"/>
          <w:lang w:val="pl-PL"/>
        </w:rPr>
      </w:pPr>
      <w:r w:rsidRPr="00623346">
        <w:rPr>
          <w:rFonts w:ascii="Times New Roman" w:hAnsi="Times New Roman"/>
          <w:sz w:val="24"/>
          <w:lang w:val="pl-PL"/>
        </w:rPr>
        <w:t>dyplomy dla najlepszych szkół w każdym mieście i powiecie potwierdzające aktywność;</w:t>
      </w:r>
    </w:p>
    <w:p w14:paraId="7428FAE3" w14:textId="77777777" w:rsidR="00FE3E73" w:rsidRPr="00623346" w:rsidRDefault="00FE3E73" w:rsidP="00FE3E73">
      <w:pPr>
        <w:pStyle w:val="Bezodstpw"/>
        <w:spacing w:line="276" w:lineRule="auto"/>
        <w:jc w:val="both"/>
        <w:rPr>
          <w:rFonts w:ascii="Times New Roman" w:hAnsi="Times New Roman"/>
          <w:sz w:val="24"/>
          <w:lang w:val="pl-PL"/>
        </w:rPr>
      </w:pPr>
      <w:r w:rsidRPr="00623346">
        <w:rPr>
          <w:rFonts w:ascii="Times New Roman" w:hAnsi="Times New Roman"/>
          <w:sz w:val="24"/>
          <w:lang w:val="pl-PL"/>
        </w:rPr>
        <w:t xml:space="preserve">             szkoły w zakresie dbania o bezpieczeństwo uczniów w drodze do szkoły, a także dla szkół, </w:t>
      </w:r>
    </w:p>
    <w:p w14:paraId="42D16E8D" w14:textId="05B2C6A2" w:rsidR="00FE3E73" w:rsidRPr="00623346" w:rsidRDefault="00FE3E73" w:rsidP="00FE3E73">
      <w:pPr>
        <w:pStyle w:val="Bezodstpw"/>
        <w:spacing w:line="276" w:lineRule="auto"/>
        <w:jc w:val="both"/>
        <w:rPr>
          <w:rFonts w:ascii="Times New Roman" w:hAnsi="Times New Roman"/>
          <w:sz w:val="24"/>
          <w:lang w:val="pl-PL"/>
        </w:rPr>
      </w:pPr>
      <w:r w:rsidRPr="00623346">
        <w:rPr>
          <w:rFonts w:ascii="Times New Roman" w:hAnsi="Times New Roman"/>
          <w:sz w:val="24"/>
          <w:lang w:val="pl-PL"/>
        </w:rPr>
        <w:t xml:space="preserve">             które zajęły miejsca od I do X; </w:t>
      </w:r>
    </w:p>
    <w:p w14:paraId="41B6A1FE" w14:textId="28B8EA96" w:rsidR="00FE3E73" w:rsidRPr="00623346" w:rsidRDefault="00FE3E73" w:rsidP="00FE3E73">
      <w:pPr>
        <w:pStyle w:val="Bezodstpw"/>
        <w:numPr>
          <w:ilvl w:val="0"/>
          <w:numId w:val="31"/>
        </w:numPr>
        <w:spacing w:line="276" w:lineRule="auto"/>
        <w:jc w:val="both"/>
        <w:rPr>
          <w:rFonts w:ascii="Times New Roman" w:hAnsi="Times New Roman"/>
          <w:sz w:val="24"/>
          <w:lang w:val="pl-PL"/>
        </w:rPr>
      </w:pPr>
      <w:r w:rsidRPr="00623346">
        <w:rPr>
          <w:rFonts w:ascii="Times New Roman" w:hAnsi="Times New Roman"/>
          <w:sz w:val="24"/>
          <w:lang w:val="pl-PL"/>
        </w:rPr>
        <w:t xml:space="preserve">dyplom za udział dla każdej szkoły biorącej udział w konkursie. </w:t>
      </w:r>
    </w:p>
    <w:p w14:paraId="4B0E7EC1" w14:textId="77777777" w:rsidR="00AE388D" w:rsidRPr="00623346" w:rsidRDefault="00AE388D" w:rsidP="00D71490">
      <w:pPr>
        <w:pStyle w:val="Bezodstpw"/>
        <w:spacing w:line="276" w:lineRule="auto"/>
        <w:ind w:left="420"/>
        <w:jc w:val="both"/>
        <w:rPr>
          <w:rFonts w:ascii="Times New Roman" w:hAnsi="Times New Roman"/>
          <w:sz w:val="24"/>
          <w:lang w:val="pl-PL"/>
        </w:rPr>
      </w:pPr>
    </w:p>
    <w:p w14:paraId="3ECCDFE9" w14:textId="77777777" w:rsidR="00FE3E73" w:rsidRPr="00FE3E73" w:rsidRDefault="00FE3E73" w:rsidP="00FE3E73">
      <w:pPr>
        <w:spacing w:before="120" w:after="12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04B22D3" w14:textId="14ECC678" w:rsidR="007615FD" w:rsidRPr="00B34976" w:rsidRDefault="008E48C1" w:rsidP="00B34976">
      <w:pPr>
        <w:pStyle w:val="Nagwek1"/>
        <w:spacing w:before="240" w:after="240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984D8E">
        <w:rPr>
          <w:rFonts w:ascii="Times New Roman" w:hAnsi="Times New Roman" w:cs="Times New Roman"/>
          <w:color w:val="0000FF"/>
          <w:sz w:val="24"/>
          <w:szCs w:val="24"/>
        </w:rPr>
        <w:t>X. Postanowienia końcowe</w:t>
      </w:r>
      <w:bookmarkStart w:id="3" w:name="_Hlk233358521"/>
    </w:p>
    <w:p w14:paraId="4D83C0BC" w14:textId="70E66447" w:rsidR="007615FD" w:rsidRPr="00620FB1" w:rsidRDefault="00B34976" w:rsidP="007615FD">
      <w:pPr>
        <w:numPr>
          <w:ilvl w:val="0"/>
          <w:numId w:val="28"/>
        </w:num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620FB1">
        <w:rPr>
          <w:rFonts w:ascii="Times New Roman" w:hAnsi="Times New Roman"/>
          <w:sz w:val="24"/>
          <w:szCs w:val="24"/>
        </w:rPr>
        <w:t>Komisja</w:t>
      </w:r>
      <w:r w:rsidR="007615FD" w:rsidRPr="00620FB1">
        <w:rPr>
          <w:rFonts w:ascii="Times New Roman" w:hAnsi="Times New Roman"/>
          <w:sz w:val="24"/>
          <w:szCs w:val="24"/>
        </w:rPr>
        <w:t xml:space="preserve"> Konkurs</w:t>
      </w:r>
      <w:r w:rsidRPr="00620FB1">
        <w:rPr>
          <w:rFonts w:ascii="Times New Roman" w:hAnsi="Times New Roman"/>
          <w:sz w:val="24"/>
          <w:szCs w:val="24"/>
        </w:rPr>
        <w:t>owa</w:t>
      </w:r>
      <w:r w:rsidR="007615FD" w:rsidRPr="00620FB1">
        <w:rPr>
          <w:rFonts w:ascii="Times New Roman" w:hAnsi="Times New Roman"/>
          <w:sz w:val="24"/>
          <w:szCs w:val="24"/>
        </w:rPr>
        <w:t xml:space="preserve"> KWP w Krakowie zastrzega sobie możliwość uzyskania od szkół podstawowych uczestniczących w konkursie, dodatkowych informacji (innych niż zawarte </w:t>
      </w:r>
      <w:r w:rsidRPr="00620FB1">
        <w:rPr>
          <w:rFonts w:ascii="Times New Roman" w:hAnsi="Times New Roman"/>
          <w:sz w:val="24"/>
          <w:szCs w:val="24"/>
        </w:rPr>
        <w:t xml:space="preserve">                    </w:t>
      </w:r>
      <w:r w:rsidR="007615FD" w:rsidRPr="00620FB1">
        <w:rPr>
          <w:rFonts w:ascii="Times New Roman" w:hAnsi="Times New Roman"/>
          <w:sz w:val="24"/>
          <w:szCs w:val="24"/>
        </w:rPr>
        <w:t>w sprawozdaniu</w:t>
      </w:r>
      <w:r w:rsidRPr="00620FB1">
        <w:rPr>
          <w:rFonts w:ascii="Times New Roman" w:hAnsi="Times New Roman"/>
          <w:sz w:val="24"/>
          <w:szCs w:val="24"/>
        </w:rPr>
        <w:t xml:space="preserve"> </w:t>
      </w:r>
      <w:r w:rsidR="007615FD" w:rsidRPr="00620FB1">
        <w:rPr>
          <w:rFonts w:ascii="Times New Roman" w:hAnsi="Times New Roman"/>
          <w:sz w:val="24"/>
          <w:szCs w:val="24"/>
        </w:rPr>
        <w:t>z realizacji</w:t>
      </w:r>
      <w:r w:rsidR="008C3866">
        <w:rPr>
          <w:rFonts w:ascii="Times New Roman" w:hAnsi="Times New Roman"/>
          <w:sz w:val="24"/>
          <w:szCs w:val="24"/>
        </w:rPr>
        <w:t xml:space="preserve"> Małopolskiego K</w:t>
      </w:r>
      <w:r w:rsidR="007615FD" w:rsidRPr="00620FB1">
        <w:rPr>
          <w:rFonts w:ascii="Times New Roman" w:hAnsi="Times New Roman"/>
          <w:sz w:val="24"/>
          <w:szCs w:val="24"/>
        </w:rPr>
        <w:t>onkursu „</w:t>
      </w:r>
      <w:r w:rsidRPr="00620FB1">
        <w:rPr>
          <w:rFonts w:ascii="Times New Roman" w:hAnsi="Times New Roman"/>
          <w:sz w:val="24"/>
          <w:szCs w:val="24"/>
        </w:rPr>
        <w:t>O</w:t>
      </w:r>
      <w:r w:rsidR="007615FD" w:rsidRPr="00620FB1">
        <w:rPr>
          <w:rFonts w:ascii="Times New Roman" w:hAnsi="Times New Roman"/>
          <w:sz w:val="24"/>
          <w:szCs w:val="24"/>
        </w:rPr>
        <w:t>dblaskowa szkoła”</w:t>
      </w:r>
      <w:r w:rsidRPr="00620FB1">
        <w:rPr>
          <w:rFonts w:ascii="Times New Roman" w:hAnsi="Times New Roman"/>
          <w:sz w:val="24"/>
          <w:szCs w:val="24"/>
        </w:rPr>
        <w:t xml:space="preserve"> 2026</w:t>
      </w:r>
      <w:r w:rsidR="007615FD" w:rsidRPr="00620FB1">
        <w:rPr>
          <w:rFonts w:ascii="Times New Roman" w:hAnsi="Times New Roman"/>
          <w:sz w:val="24"/>
          <w:szCs w:val="24"/>
        </w:rPr>
        <w:t>), jeżeli będzie to konieczne do wyłaniania laureatów.</w:t>
      </w:r>
    </w:p>
    <w:p w14:paraId="5285BC18" w14:textId="49E7BEB0" w:rsidR="007615FD" w:rsidRPr="00620FB1" w:rsidRDefault="007615FD" w:rsidP="007615FD">
      <w:pPr>
        <w:numPr>
          <w:ilvl w:val="0"/>
          <w:numId w:val="28"/>
        </w:num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620FB1">
        <w:rPr>
          <w:rFonts w:ascii="Times New Roman" w:hAnsi="Times New Roman"/>
          <w:sz w:val="24"/>
          <w:szCs w:val="24"/>
        </w:rPr>
        <w:t xml:space="preserve">Pierwsze wyniki </w:t>
      </w:r>
      <w:r w:rsidR="008C3866">
        <w:rPr>
          <w:rFonts w:ascii="Times New Roman" w:hAnsi="Times New Roman"/>
          <w:sz w:val="24"/>
          <w:szCs w:val="24"/>
        </w:rPr>
        <w:t>Małopolskiego Ko</w:t>
      </w:r>
      <w:r w:rsidRPr="00620FB1">
        <w:rPr>
          <w:rFonts w:ascii="Times New Roman" w:hAnsi="Times New Roman"/>
          <w:sz w:val="24"/>
          <w:szCs w:val="24"/>
        </w:rPr>
        <w:t>nkursu „Odblaskowa Szkoła”</w:t>
      </w:r>
      <w:r w:rsidR="00B34976" w:rsidRPr="00620FB1">
        <w:rPr>
          <w:rFonts w:ascii="Times New Roman" w:hAnsi="Times New Roman"/>
          <w:sz w:val="24"/>
          <w:szCs w:val="24"/>
        </w:rPr>
        <w:t xml:space="preserve"> 2026</w:t>
      </w:r>
      <w:r w:rsidRPr="00620FB1">
        <w:rPr>
          <w:rFonts w:ascii="Times New Roman" w:hAnsi="Times New Roman"/>
          <w:sz w:val="24"/>
          <w:szCs w:val="24"/>
        </w:rPr>
        <w:t xml:space="preserve">, które są zamieszczane na stronach internetowych jego organizatorów są WYNIKAMI WSTĘPNYMI, które mogą ulec zmianie po uwzględnieniu </w:t>
      </w:r>
      <w:proofErr w:type="spellStart"/>
      <w:r w:rsidRPr="00620FB1">
        <w:rPr>
          <w:rFonts w:ascii="Times New Roman" w:hAnsi="Times New Roman"/>
          <w:sz w:val="24"/>
          <w:szCs w:val="24"/>
        </w:rPr>
        <w:t>odwołań</w:t>
      </w:r>
      <w:proofErr w:type="spellEnd"/>
      <w:r w:rsidRPr="00620FB1">
        <w:rPr>
          <w:rFonts w:ascii="Times New Roman" w:hAnsi="Times New Roman"/>
          <w:sz w:val="24"/>
          <w:szCs w:val="24"/>
        </w:rPr>
        <w:t xml:space="preserve"> oraz po upływie terminu odwoławczego. </w:t>
      </w:r>
    </w:p>
    <w:p w14:paraId="6F8DCFB7" w14:textId="77777777" w:rsidR="007615FD" w:rsidRPr="00620FB1" w:rsidRDefault="007615FD" w:rsidP="007615FD">
      <w:pPr>
        <w:numPr>
          <w:ilvl w:val="0"/>
          <w:numId w:val="28"/>
        </w:num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620FB1">
        <w:rPr>
          <w:rFonts w:ascii="Times New Roman" w:hAnsi="Times New Roman"/>
          <w:sz w:val="24"/>
          <w:szCs w:val="24"/>
        </w:rPr>
        <w:t>Po upływie terminu odwoławczego – podanego przy wstępnych wynikach – przedstawione wyniki stają się OSTATECZNYMI.</w:t>
      </w:r>
    </w:p>
    <w:p w14:paraId="2E668802" w14:textId="4131055A" w:rsidR="007615FD" w:rsidRPr="00620FB1" w:rsidRDefault="007615FD" w:rsidP="007615FD">
      <w:pPr>
        <w:numPr>
          <w:ilvl w:val="0"/>
          <w:numId w:val="28"/>
        </w:num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620FB1">
        <w:rPr>
          <w:rFonts w:ascii="Times New Roman" w:hAnsi="Times New Roman"/>
          <w:sz w:val="24"/>
          <w:szCs w:val="24"/>
        </w:rPr>
        <w:t xml:space="preserve">Termin na odwołania ustalany jest przez </w:t>
      </w:r>
      <w:r w:rsidR="00B34976" w:rsidRPr="00620FB1">
        <w:rPr>
          <w:rFonts w:ascii="Times New Roman" w:hAnsi="Times New Roman"/>
          <w:sz w:val="24"/>
          <w:szCs w:val="24"/>
        </w:rPr>
        <w:t>Komisję Konkursową</w:t>
      </w:r>
      <w:r w:rsidRPr="00620FB1">
        <w:rPr>
          <w:rFonts w:ascii="Times New Roman" w:hAnsi="Times New Roman"/>
          <w:sz w:val="24"/>
          <w:szCs w:val="24"/>
        </w:rPr>
        <w:t xml:space="preserve"> na posiedzeniu oceniającym inicjatywy podejmowane przez szkoły na podstawie przesłanych sprawozdań. </w:t>
      </w:r>
    </w:p>
    <w:p w14:paraId="674D1A93" w14:textId="77777777" w:rsidR="00620FB1" w:rsidRDefault="007615FD" w:rsidP="00620FB1">
      <w:pPr>
        <w:numPr>
          <w:ilvl w:val="0"/>
          <w:numId w:val="28"/>
        </w:numPr>
        <w:spacing w:after="100" w:afterAutospacing="1"/>
        <w:jc w:val="both"/>
        <w:rPr>
          <w:rFonts w:ascii="Times New Roman" w:hAnsi="Times New Roman"/>
          <w:sz w:val="24"/>
          <w:szCs w:val="24"/>
        </w:rPr>
      </w:pPr>
      <w:r w:rsidRPr="00620FB1">
        <w:rPr>
          <w:rFonts w:ascii="Times New Roman" w:hAnsi="Times New Roman"/>
          <w:sz w:val="24"/>
          <w:szCs w:val="24"/>
        </w:rPr>
        <w:t>W przypadku sytuacji niedoprecyzowanych w niniejszym regulaminie, decyzję</w:t>
      </w:r>
      <w:r w:rsidR="00B34976" w:rsidRPr="00620FB1"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620FB1">
        <w:rPr>
          <w:rFonts w:ascii="Times New Roman" w:hAnsi="Times New Roman"/>
          <w:sz w:val="24"/>
          <w:szCs w:val="24"/>
        </w:rPr>
        <w:t xml:space="preserve">o rozstrzygnięciu sprawy podejmuje </w:t>
      </w:r>
      <w:r w:rsidR="00B34976" w:rsidRPr="00620FB1">
        <w:rPr>
          <w:rFonts w:ascii="Times New Roman" w:hAnsi="Times New Roman"/>
          <w:sz w:val="24"/>
          <w:szCs w:val="24"/>
        </w:rPr>
        <w:t>Komisja</w:t>
      </w:r>
      <w:r w:rsidRPr="00620FB1">
        <w:rPr>
          <w:rFonts w:ascii="Times New Roman" w:hAnsi="Times New Roman"/>
          <w:sz w:val="24"/>
          <w:szCs w:val="24"/>
        </w:rPr>
        <w:t xml:space="preserve"> Konkursu. </w:t>
      </w:r>
    </w:p>
    <w:p w14:paraId="061CD544" w14:textId="77777777" w:rsidR="00F81136" w:rsidRPr="00F81136" w:rsidRDefault="007615FD" w:rsidP="00F81136">
      <w:pPr>
        <w:numPr>
          <w:ilvl w:val="0"/>
          <w:numId w:val="28"/>
        </w:numPr>
        <w:spacing w:after="100" w:afterAutospacing="1"/>
        <w:jc w:val="both"/>
        <w:rPr>
          <w:rFonts w:ascii="Times New Roman" w:hAnsi="Times New Roman" w:cs="Times New Roman"/>
          <w:b/>
          <w:color w:val="0000FF"/>
          <w:sz w:val="20"/>
          <w:szCs w:val="20"/>
          <w:u w:val="single"/>
        </w:rPr>
      </w:pPr>
      <w:r w:rsidRPr="00620FB1">
        <w:rPr>
          <w:rFonts w:ascii="Times New Roman" w:hAnsi="Times New Roman"/>
          <w:sz w:val="24"/>
          <w:szCs w:val="24"/>
        </w:rPr>
        <w:t xml:space="preserve">Szkoła, która zostanie Ogólnopolskim Laureatem Konkursu oraz szkoły będące Laureatami Wojewódzkimi/Laureatem Stołecznym otrzymają dyplomy potwierdzające aktywność szkoły w zakresie dbania o bezpieczeństwo uczniów, przygotowane przez Biuro Ruchu Drogowego KGP. </w:t>
      </w:r>
    </w:p>
    <w:p w14:paraId="7272BAF0" w14:textId="082171F1" w:rsidR="00326A4A" w:rsidRPr="000D516E" w:rsidRDefault="00326A4A" w:rsidP="00F81136">
      <w:pPr>
        <w:spacing w:after="100" w:afterAutospacing="1"/>
        <w:jc w:val="both"/>
        <w:rPr>
          <w:rFonts w:ascii="Times New Roman" w:hAnsi="Times New Roman" w:cs="Times New Roman"/>
          <w:b/>
          <w:color w:val="0000FF"/>
          <w:sz w:val="20"/>
          <w:szCs w:val="20"/>
          <w:u w:val="single"/>
        </w:rPr>
      </w:pPr>
      <w:r w:rsidRPr="000D516E">
        <w:rPr>
          <w:rFonts w:ascii="Times New Roman" w:hAnsi="Times New Roman" w:cs="Times New Roman"/>
          <w:b/>
          <w:color w:val="0000FF"/>
          <w:sz w:val="20"/>
          <w:szCs w:val="20"/>
          <w:u w:val="single"/>
        </w:rPr>
        <w:t>Załączniki:</w:t>
      </w:r>
    </w:p>
    <w:p w14:paraId="31117ED5" w14:textId="4F7F9598" w:rsidR="00395AB3" w:rsidRPr="00395AB3" w:rsidRDefault="00395AB3">
      <w:pPr>
        <w:pStyle w:val="Akapitzlist"/>
        <w:numPr>
          <w:ilvl w:val="0"/>
          <w:numId w:val="20"/>
        </w:numPr>
        <w:spacing w:line="360" w:lineRule="auto"/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95AB3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 w:rsidRPr="00F65666">
        <w:rPr>
          <w:rFonts w:ascii="Times New Roman" w:hAnsi="Times New Roman" w:cs="Times New Roman"/>
          <w:b/>
          <w:sz w:val="20"/>
          <w:szCs w:val="20"/>
        </w:rPr>
        <w:t xml:space="preserve">1 </w:t>
      </w:r>
      <w:r w:rsidR="00834F42" w:rsidRPr="00834F42">
        <w:rPr>
          <w:rFonts w:ascii="Times New Roman" w:hAnsi="Times New Roman" w:cs="Times New Roman"/>
          <w:sz w:val="20"/>
          <w:szCs w:val="24"/>
        </w:rPr>
        <w:t xml:space="preserve">– </w:t>
      </w:r>
      <w:r w:rsidRPr="00395AB3">
        <w:rPr>
          <w:rFonts w:ascii="Times New Roman" w:hAnsi="Times New Roman" w:cs="Times New Roman"/>
          <w:b/>
          <w:sz w:val="20"/>
          <w:szCs w:val="20"/>
        </w:rPr>
        <w:t>Wyka</w:t>
      </w:r>
      <w:r w:rsidR="00323F9E">
        <w:rPr>
          <w:rFonts w:ascii="Times New Roman" w:hAnsi="Times New Roman" w:cs="Times New Roman"/>
          <w:b/>
          <w:sz w:val="20"/>
          <w:szCs w:val="20"/>
        </w:rPr>
        <w:t>z</w:t>
      </w:r>
      <w:r w:rsidRPr="00395AB3">
        <w:rPr>
          <w:rFonts w:ascii="Times New Roman" w:hAnsi="Times New Roman" w:cs="Times New Roman"/>
          <w:b/>
          <w:sz w:val="20"/>
          <w:szCs w:val="20"/>
        </w:rPr>
        <w:t xml:space="preserve"> adresów Wydziałów Ruchu Drogowego: Komend </w:t>
      </w:r>
      <w:r w:rsidR="00471AFB" w:rsidRPr="00395AB3">
        <w:rPr>
          <w:rFonts w:ascii="Times New Roman" w:hAnsi="Times New Roman" w:cs="Times New Roman"/>
          <w:b/>
          <w:sz w:val="20"/>
          <w:szCs w:val="20"/>
        </w:rPr>
        <w:t>Wojewódzkic</w:t>
      </w:r>
      <w:r w:rsidR="00471AFB">
        <w:rPr>
          <w:rFonts w:ascii="Times New Roman" w:hAnsi="Times New Roman" w:cs="Times New Roman"/>
          <w:b/>
          <w:sz w:val="20"/>
          <w:szCs w:val="20"/>
        </w:rPr>
        <w:t>h</w:t>
      </w:r>
      <w:r w:rsidRPr="00F656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95AB3">
        <w:rPr>
          <w:rFonts w:ascii="Times New Roman" w:hAnsi="Times New Roman" w:cs="Times New Roman"/>
          <w:b/>
          <w:sz w:val="20"/>
          <w:szCs w:val="20"/>
        </w:rPr>
        <w:t>Policji/Komendy Stołecznej Policji</w:t>
      </w:r>
      <w:r w:rsidRPr="00F65666">
        <w:rPr>
          <w:rFonts w:ascii="Times New Roman" w:hAnsi="Times New Roman" w:cs="Times New Roman"/>
          <w:b/>
          <w:sz w:val="20"/>
          <w:szCs w:val="20"/>
        </w:rPr>
        <w:t>.</w:t>
      </w:r>
    </w:p>
    <w:p w14:paraId="25C54AF2" w14:textId="7D1DF10E" w:rsidR="00326A4A" w:rsidRPr="00F65666" w:rsidRDefault="00395AB3">
      <w:pPr>
        <w:pStyle w:val="Akapitzlist"/>
        <w:numPr>
          <w:ilvl w:val="0"/>
          <w:numId w:val="20"/>
        </w:numPr>
        <w:spacing w:line="360" w:lineRule="auto"/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65666">
        <w:rPr>
          <w:rFonts w:ascii="Times New Roman" w:hAnsi="Times New Roman" w:cs="Times New Roman"/>
          <w:b/>
          <w:sz w:val="20"/>
          <w:szCs w:val="20"/>
        </w:rPr>
        <w:t xml:space="preserve">Załącznik nr 2 </w:t>
      </w:r>
      <w:r w:rsidR="00834F42" w:rsidRPr="00834F42">
        <w:rPr>
          <w:rFonts w:ascii="Times New Roman" w:hAnsi="Times New Roman" w:cs="Times New Roman"/>
          <w:sz w:val="20"/>
          <w:szCs w:val="24"/>
        </w:rPr>
        <w:t xml:space="preserve">– </w:t>
      </w:r>
      <w:r w:rsidRPr="00F65666">
        <w:rPr>
          <w:rFonts w:ascii="Times New Roman" w:hAnsi="Times New Roman" w:cs="Times New Roman"/>
          <w:b/>
          <w:sz w:val="20"/>
          <w:szCs w:val="20"/>
        </w:rPr>
        <w:t>Zgłoszenie do konkursu „ODBLASKOWA SZKOŁA” 2026.</w:t>
      </w:r>
    </w:p>
    <w:p w14:paraId="4EC829CD" w14:textId="4C76C454" w:rsidR="00395AB3" w:rsidRPr="00F65666" w:rsidRDefault="00395AB3">
      <w:pPr>
        <w:pStyle w:val="Akapitzlist"/>
        <w:numPr>
          <w:ilvl w:val="0"/>
          <w:numId w:val="20"/>
        </w:numPr>
        <w:spacing w:line="360" w:lineRule="auto"/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65666">
        <w:rPr>
          <w:rFonts w:ascii="Times New Roman" w:hAnsi="Times New Roman" w:cs="Times New Roman"/>
          <w:b/>
          <w:sz w:val="20"/>
          <w:szCs w:val="20"/>
        </w:rPr>
        <w:t xml:space="preserve">Załącznik nr 3 </w:t>
      </w:r>
      <w:r w:rsidR="00834F42" w:rsidRPr="00834F42">
        <w:rPr>
          <w:rFonts w:ascii="Times New Roman" w:hAnsi="Times New Roman" w:cs="Times New Roman"/>
          <w:sz w:val="20"/>
          <w:szCs w:val="24"/>
        </w:rPr>
        <w:t xml:space="preserve">– </w:t>
      </w:r>
      <w:r w:rsidRPr="00F65666">
        <w:rPr>
          <w:rFonts w:ascii="Times New Roman" w:hAnsi="Times New Roman" w:cs="Times New Roman"/>
          <w:b/>
          <w:sz w:val="20"/>
          <w:szCs w:val="20"/>
        </w:rPr>
        <w:t xml:space="preserve">Klauzula informacyjna </w:t>
      </w:r>
      <w:r w:rsidR="00834F42">
        <w:rPr>
          <w:rFonts w:ascii="Times New Roman" w:hAnsi="Times New Roman" w:cs="Times New Roman"/>
          <w:b/>
          <w:sz w:val="20"/>
          <w:szCs w:val="20"/>
        </w:rPr>
        <w:t>o przetwarzaniu danych</w:t>
      </w:r>
      <w:r w:rsidRPr="00F65666">
        <w:rPr>
          <w:rFonts w:ascii="Times New Roman" w:hAnsi="Times New Roman" w:cs="Times New Roman"/>
          <w:b/>
          <w:sz w:val="20"/>
          <w:szCs w:val="20"/>
        </w:rPr>
        <w:t xml:space="preserve"> osobowych.</w:t>
      </w:r>
    </w:p>
    <w:p w14:paraId="5E031C70" w14:textId="175DE560" w:rsidR="00395AB3" w:rsidRPr="00F65666" w:rsidRDefault="00395AB3">
      <w:pPr>
        <w:pStyle w:val="Akapitzlist"/>
        <w:numPr>
          <w:ilvl w:val="0"/>
          <w:numId w:val="20"/>
        </w:numPr>
        <w:spacing w:line="360" w:lineRule="auto"/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65666">
        <w:rPr>
          <w:rFonts w:ascii="Times New Roman" w:hAnsi="Times New Roman" w:cs="Times New Roman"/>
          <w:b/>
          <w:sz w:val="20"/>
          <w:szCs w:val="20"/>
        </w:rPr>
        <w:t>Załącznik nr 4</w:t>
      </w:r>
      <w:r w:rsidR="002C2FE9" w:rsidRPr="00F656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34F42" w:rsidRPr="00834F42">
        <w:rPr>
          <w:rFonts w:ascii="Times New Roman" w:hAnsi="Times New Roman" w:cs="Times New Roman"/>
          <w:sz w:val="20"/>
          <w:szCs w:val="24"/>
        </w:rPr>
        <w:t xml:space="preserve">– </w:t>
      </w:r>
      <w:r w:rsidRPr="00F65666">
        <w:rPr>
          <w:rFonts w:ascii="Times New Roman" w:hAnsi="Times New Roman" w:cs="Times New Roman"/>
          <w:b/>
          <w:sz w:val="20"/>
          <w:szCs w:val="20"/>
        </w:rPr>
        <w:t>Oświadczenie o zgodzie na przetwarzanie danych osobowych uczestnika/rodzica/opiekuna</w:t>
      </w:r>
      <w:r w:rsidR="002C2FE9" w:rsidRPr="00F656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65666">
        <w:rPr>
          <w:rFonts w:ascii="Times New Roman" w:hAnsi="Times New Roman" w:cs="Times New Roman"/>
          <w:b/>
          <w:sz w:val="20"/>
          <w:szCs w:val="20"/>
        </w:rPr>
        <w:t>prawnego dziecka.</w:t>
      </w:r>
    </w:p>
    <w:p w14:paraId="0874DF15" w14:textId="6B78051A" w:rsidR="00395AB3" w:rsidRPr="00F65666" w:rsidRDefault="00395AB3">
      <w:pPr>
        <w:pStyle w:val="Akapitzlist"/>
        <w:numPr>
          <w:ilvl w:val="0"/>
          <w:numId w:val="20"/>
        </w:numPr>
        <w:spacing w:line="360" w:lineRule="auto"/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65666">
        <w:rPr>
          <w:rFonts w:ascii="Times New Roman" w:hAnsi="Times New Roman" w:cs="Times New Roman"/>
          <w:b/>
          <w:sz w:val="20"/>
          <w:szCs w:val="20"/>
        </w:rPr>
        <w:t xml:space="preserve">Załącznik nr 5 </w:t>
      </w:r>
      <w:r w:rsidR="00834F42" w:rsidRPr="00834F42">
        <w:rPr>
          <w:rFonts w:ascii="Times New Roman" w:hAnsi="Times New Roman" w:cs="Times New Roman"/>
          <w:sz w:val="20"/>
          <w:szCs w:val="24"/>
        </w:rPr>
        <w:t xml:space="preserve">– </w:t>
      </w:r>
      <w:r w:rsidRPr="00F65666">
        <w:rPr>
          <w:rFonts w:ascii="Times New Roman" w:hAnsi="Times New Roman" w:cs="Times New Roman"/>
          <w:b/>
          <w:sz w:val="20"/>
          <w:szCs w:val="20"/>
        </w:rPr>
        <w:t>Oświadczenie rodzica/opiekuna prawnego dziecka.</w:t>
      </w:r>
    </w:p>
    <w:p w14:paraId="4545571F" w14:textId="066F3EB0" w:rsidR="00395AB3" w:rsidRPr="00F65666" w:rsidRDefault="00395AB3">
      <w:pPr>
        <w:pStyle w:val="Akapitzlist"/>
        <w:numPr>
          <w:ilvl w:val="0"/>
          <w:numId w:val="20"/>
        </w:numPr>
        <w:spacing w:line="360" w:lineRule="auto"/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65666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 w:rsidR="002C2FE9" w:rsidRPr="00F65666">
        <w:rPr>
          <w:rFonts w:ascii="Times New Roman" w:hAnsi="Times New Roman" w:cs="Times New Roman"/>
          <w:b/>
          <w:sz w:val="20"/>
          <w:szCs w:val="20"/>
        </w:rPr>
        <w:t>6</w:t>
      </w:r>
      <w:r w:rsidRPr="00F656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34F42" w:rsidRPr="00834F42">
        <w:rPr>
          <w:rFonts w:ascii="Times New Roman" w:hAnsi="Times New Roman" w:cs="Times New Roman"/>
          <w:sz w:val="20"/>
          <w:szCs w:val="24"/>
        </w:rPr>
        <w:t xml:space="preserve">– </w:t>
      </w:r>
      <w:r w:rsidR="002C2FE9" w:rsidRPr="00F65666">
        <w:rPr>
          <w:rFonts w:ascii="Times New Roman" w:hAnsi="Times New Roman" w:cs="Times New Roman"/>
          <w:b/>
          <w:sz w:val="20"/>
          <w:szCs w:val="20"/>
        </w:rPr>
        <w:t>O</w:t>
      </w:r>
      <w:r w:rsidRPr="00F65666">
        <w:rPr>
          <w:rFonts w:ascii="Times New Roman" w:hAnsi="Times New Roman" w:cs="Times New Roman"/>
          <w:b/>
          <w:sz w:val="20"/>
          <w:szCs w:val="20"/>
        </w:rPr>
        <w:t>świadczenie Dyrektora Szkoły.</w:t>
      </w:r>
    </w:p>
    <w:p w14:paraId="116DBDF0" w14:textId="08505A85" w:rsidR="00395AB3" w:rsidRPr="00F65666" w:rsidRDefault="00395AB3">
      <w:pPr>
        <w:pStyle w:val="Akapitzlist"/>
        <w:numPr>
          <w:ilvl w:val="0"/>
          <w:numId w:val="20"/>
        </w:numPr>
        <w:spacing w:line="360" w:lineRule="auto"/>
        <w:ind w:lef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65666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 w:rsidR="002C2FE9" w:rsidRPr="00F65666">
        <w:rPr>
          <w:rFonts w:ascii="Times New Roman" w:hAnsi="Times New Roman" w:cs="Times New Roman"/>
          <w:b/>
          <w:sz w:val="20"/>
          <w:szCs w:val="20"/>
        </w:rPr>
        <w:t>7</w:t>
      </w:r>
      <w:r w:rsidRPr="00F6566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834F42" w:rsidRPr="00834F42">
        <w:rPr>
          <w:rFonts w:ascii="Times New Roman" w:hAnsi="Times New Roman" w:cs="Times New Roman"/>
          <w:sz w:val="20"/>
          <w:szCs w:val="24"/>
        </w:rPr>
        <w:t xml:space="preserve">– </w:t>
      </w:r>
      <w:r w:rsidRPr="00F65666">
        <w:rPr>
          <w:rFonts w:ascii="Times New Roman" w:hAnsi="Times New Roman" w:cs="Times New Roman"/>
          <w:b/>
          <w:sz w:val="20"/>
          <w:szCs w:val="20"/>
        </w:rPr>
        <w:t>Sprawozdanie Uczestnika Konkursu „ODBLASKOWA SZKOŁA” 2026</w:t>
      </w:r>
      <w:r w:rsidR="002C2FE9" w:rsidRPr="00F65666">
        <w:rPr>
          <w:rFonts w:ascii="Times New Roman" w:hAnsi="Times New Roman" w:cs="Times New Roman"/>
          <w:b/>
          <w:sz w:val="20"/>
          <w:szCs w:val="20"/>
        </w:rPr>
        <w:t>.</w:t>
      </w:r>
      <w:bookmarkEnd w:id="3"/>
    </w:p>
    <w:sectPr w:rsidR="00395AB3" w:rsidRPr="00F65666" w:rsidSect="0056702A">
      <w:footerReference w:type="default" r:id="rId10"/>
      <w:pgSz w:w="11906" w:h="16838" w:code="9"/>
      <w:pgMar w:top="1134" w:right="1191" w:bottom="1134" w:left="119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91380" w14:textId="77777777" w:rsidR="00060D51" w:rsidRDefault="00060D51">
      <w:pPr>
        <w:spacing w:after="0" w:line="240" w:lineRule="auto"/>
      </w:pPr>
      <w:r>
        <w:separator/>
      </w:r>
    </w:p>
  </w:endnote>
  <w:endnote w:type="continuationSeparator" w:id="0">
    <w:p w14:paraId="2FEF8908" w14:textId="77777777" w:rsidR="00060D51" w:rsidRDefault="0006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4965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7EAE6DF" w14:textId="1B6A7978" w:rsidR="001D378A" w:rsidRDefault="001D378A">
            <w:pPr>
              <w:pStyle w:val="Stopka"/>
              <w:jc w:val="right"/>
            </w:pPr>
            <w:r w:rsidRPr="00F65422">
              <w:rPr>
                <w:rFonts w:ascii="Times New Roman" w:hAnsi="Times New Roman" w:cs="Times New Roman"/>
                <w:color w:val="002060"/>
                <w:sz w:val="16"/>
                <w:szCs w:val="16"/>
              </w:rPr>
              <w:t xml:space="preserve">Strona </w:t>
            </w:r>
            <w:r w:rsidRPr="00F65422">
              <w:rPr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fldChar w:fldCharType="begin"/>
            </w:r>
            <w:r w:rsidRPr="00F65422">
              <w:rPr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instrText>PAGE</w:instrText>
            </w:r>
            <w:r w:rsidRPr="00F65422">
              <w:rPr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fldChar w:fldCharType="separate"/>
            </w:r>
            <w:r w:rsidR="00F65422">
              <w:rPr>
                <w:rFonts w:ascii="Times New Roman" w:hAnsi="Times New Roman" w:cs="Times New Roman"/>
                <w:b/>
                <w:bCs/>
                <w:noProof/>
                <w:color w:val="002060"/>
                <w:sz w:val="16"/>
                <w:szCs w:val="16"/>
              </w:rPr>
              <w:t>9</w:t>
            </w:r>
            <w:r w:rsidRPr="00F65422">
              <w:rPr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fldChar w:fldCharType="end"/>
            </w:r>
            <w:r w:rsidRPr="00F65422">
              <w:rPr>
                <w:rFonts w:ascii="Times New Roman" w:hAnsi="Times New Roman" w:cs="Times New Roman"/>
                <w:color w:val="002060"/>
                <w:sz w:val="16"/>
                <w:szCs w:val="16"/>
              </w:rPr>
              <w:t xml:space="preserve"> z </w:t>
            </w:r>
            <w:r w:rsidRPr="00F65422">
              <w:rPr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fldChar w:fldCharType="begin"/>
            </w:r>
            <w:r w:rsidRPr="00F65422">
              <w:rPr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instrText>NUMPAGES</w:instrText>
            </w:r>
            <w:r w:rsidRPr="00F65422">
              <w:rPr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fldChar w:fldCharType="separate"/>
            </w:r>
            <w:r w:rsidR="00F65422">
              <w:rPr>
                <w:rFonts w:ascii="Times New Roman" w:hAnsi="Times New Roman" w:cs="Times New Roman"/>
                <w:b/>
                <w:bCs/>
                <w:noProof/>
                <w:color w:val="002060"/>
                <w:sz w:val="16"/>
                <w:szCs w:val="16"/>
              </w:rPr>
              <w:t>9</w:t>
            </w:r>
            <w:r w:rsidRPr="00F65422">
              <w:rPr>
                <w:rFonts w:ascii="Times New Roman" w:hAnsi="Times New Roman" w:cs="Times New Roman"/>
                <w:b/>
                <w:bCs/>
                <w:color w:val="002060"/>
                <w:sz w:val="16"/>
                <w:szCs w:val="16"/>
              </w:rPr>
              <w:fldChar w:fldCharType="end"/>
            </w:r>
          </w:p>
        </w:sdtContent>
      </w:sdt>
    </w:sdtContent>
  </w:sdt>
  <w:p w14:paraId="66C94125" w14:textId="30DBB63C" w:rsidR="00463D21" w:rsidRPr="002F7ED6" w:rsidRDefault="00463D21">
    <w:pPr>
      <w:pStyle w:val="Stopka"/>
      <w:jc w:val="center"/>
      <w:rPr>
        <w:rFonts w:ascii="Times New Roman" w:hAnsi="Times New Roman" w:cs="Times New Roman"/>
        <w:i/>
        <w:iCs/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49717" w14:textId="77777777" w:rsidR="00060D51" w:rsidRDefault="00060D51">
      <w:pPr>
        <w:spacing w:after="0" w:line="240" w:lineRule="auto"/>
      </w:pPr>
      <w:r>
        <w:separator/>
      </w:r>
    </w:p>
  </w:footnote>
  <w:footnote w:type="continuationSeparator" w:id="0">
    <w:p w14:paraId="73B15FC4" w14:textId="77777777" w:rsidR="00060D51" w:rsidRDefault="00060D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09A0939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822112"/>
    <w:multiLevelType w:val="hybridMultilevel"/>
    <w:tmpl w:val="11CC0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1A07306"/>
    <w:multiLevelType w:val="hybridMultilevel"/>
    <w:tmpl w:val="1158D0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85599C"/>
    <w:multiLevelType w:val="hybridMultilevel"/>
    <w:tmpl w:val="D1DC5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54458C"/>
    <w:multiLevelType w:val="hybridMultilevel"/>
    <w:tmpl w:val="C3CAAB58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E83623"/>
    <w:multiLevelType w:val="hybridMultilevel"/>
    <w:tmpl w:val="370AD2B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EB47346"/>
    <w:multiLevelType w:val="hybridMultilevel"/>
    <w:tmpl w:val="C2C0B8E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40542663"/>
    <w:multiLevelType w:val="hybridMultilevel"/>
    <w:tmpl w:val="A90263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0F034A"/>
    <w:multiLevelType w:val="hybridMultilevel"/>
    <w:tmpl w:val="CDE2F148"/>
    <w:lvl w:ilvl="0" w:tplc="30E4F1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4F78E6"/>
    <w:multiLevelType w:val="hybridMultilevel"/>
    <w:tmpl w:val="FEC698B2"/>
    <w:lvl w:ilvl="0" w:tplc="4B00A1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C23A6"/>
    <w:multiLevelType w:val="hybridMultilevel"/>
    <w:tmpl w:val="B8B0A686"/>
    <w:lvl w:ilvl="0" w:tplc="C8306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210E8"/>
    <w:multiLevelType w:val="hybridMultilevel"/>
    <w:tmpl w:val="89F28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45407"/>
    <w:multiLevelType w:val="hybridMultilevel"/>
    <w:tmpl w:val="C0FC209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2131437709">
    <w:abstractNumId w:val="5"/>
  </w:num>
  <w:num w:numId="2" w16cid:durableId="1921331959">
    <w:abstractNumId w:val="3"/>
  </w:num>
  <w:num w:numId="3" w16cid:durableId="1283227319">
    <w:abstractNumId w:val="2"/>
  </w:num>
  <w:num w:numId="4" w16cid:durableId="1907110687">
    <w:abstractNumId w:val="4"/>
  </w:num>
  <w:num w:numId="5" w16cid:durableId="504394249">
    <w:abstractNumId w:val="1"/>
  </w:num>
  <w:num w:numId="6" w16cid:durableId="1037202489">
    <w:abstractNumId w:val="0"/>
  </w:num>
  <w:num w:numId="7" w16cid:durableId="1128089474">
    <w:abstractNumId w:val="4"/>
    <w:lvlOverride w:ilvl="0">
      <w:startOverride w:val="1"/>
    </w:lvlOverride>
  </w:num>
  <w:num w:numId="8" w16cid:durableId="1285382080">
    <w:abstractNumId w:val="4"/>
    <w:lvlOverride w:ilvl="0">
      <w:startOverride w:val="1"/>
    </w:lvlOverride>
  </w:num>
  <w:num w:numId="9" w16cid:durableId="306209924">
    <w:abstractNumId w:val="4"/>
    <w:lvlOverride w:ilvl="0">
      <w:startOverride w:val="1"/>
    </w:lvlOverride>
  </w:num>
  <w:num w:numId="10" w16cid:durableId="1180853658">
    <w:abstractNumId w:val="4"/>
    <w:lvlOverride w:ilvl="0">
      <w:startOverride w:val="1"/>
    </w:lvlOverride>
  </w:num>
  <w:num w:numId="11" w16cid:durableId="1135609784">
    <w:abstractNumId w:val="4"/>
    <w:lvlOverride w:ilvl="0">
      <w:startOverride w:val="1"/>
    </w:lvlOverride>
  </w:num>
  <w:num w:numId="12" w16cid:durableId="2085761407">
    <w:abstractNumId w:val="4"/>
    <w:lvlOverride w:ilvl="0">
      <w:startOverride w:val="1"/>
    </w:lvlOverride>
  </w:num>
  <w:num w:numId="13" w16cid:durableId="1854296201">
    <w:abstractNumId w:val="4"/>
    <w:lvlOverride w:ilvl="0">
      <w:startOverride w:val="1"/>
    </w:lvlOverride>
  </w:num>
  <w:num w:numId="14" w16cid:durableId="1309243568">
    <w:abstractNumId w:val="4"/>
    <w:lvlOverride w:ilvl="0">
      <w:startOverride w:val="1"/>
    </w:lvlOverride>
  </w:num>
  <w:num w:numId="15" w16cid:durableId="365985647">
    <w:abstractNumId w:val="4"/>
    <w:lvlOverride w:ilvl="0">
      <w:startOverride w:val="1"/>
    </w:lvlOverride>
  </w:num>
  <w:num w:numId="16" w16cid:durableId="552353262">
    <w:abstractNumId w:val="4"/>
    <w:lvlOverride w:ilvl="0">
      <w:startOverride w:val="1"/>
    </w:lvlOverride>
  </w:num>
  <w:num w:numId="17" w16cid:durableId="1701055566">
    <w:abstractNumId w:val="4"/>
    <w:lvlOverride w:ilvl="0">
      <w:startOverride w:val="1"/>
    </w:lvlOverride>
  </w:num>
  <w:num w:numId="18" w16cid:durableId="162360131">
    <w:abstractNumId w:val="15"/>
  </w:num>
  <w:num w:numId="19" w16cid:durableId="1227037409">
    <w:abstractNumId w:val="6"/>
  </w:num>
  <w:num w:numId="20" w16cid:durableId="400762377">
    <w:abstractNumId w:val="12"/>
  </w:num>
  <w:num w:numId="21" w16cid:durableId="1583416722">
    <w:abstractNumId w:val="4"/>
    <w:lvlOverride w:ilvl="0">
      <w:startOverride w:val="1"/>
    </w:lvlOverride>
  </w:num>
  <w:num w:numId="22" w16cid:durableId="1396968577">
    <w:abstractNumId w:val="4"/>
    <w:lvlOverride w:ilvl="0">
      <w:startOverride w:val="1"/>
    </w:lvlOverride>
  </w:num>
  <w:num w:numId="23" w16cid:durableId="806898047">
    <w:abstractNumId w:val="8"/>
  </w:num>
  <w:num w:numId="24" w16cid:durableId="318003451">
    <w:abstractNumId w:val="17"/>
  </w:num>
  <w:num w:numId="25" w16cid:durableId="1560508169">
    <w:abstractNumId w:val="9"/>
  </w:num>
  <w:num w:numId="26" w16cid:durableId="1659730097">
    <w:abstractNumId w:val="16"/>
  </w:num>
  <w:num w:numId="27" w16cid:durableId="1948541764">
    <w:abstractNumId w:val="7"/>
  </w:num>
  <w:num w:numId="28" w16cid:durableId="1468743048">
    <w:abstractNumId w:val="14"/>
  </w:num>
  <w:num w:numId="29" w16cid:durableId="363677404">
    <w:abstractNumId w:val="13"/>
  </w:num>
  <w:num w:numId="30" w16cid:durableId="821431657">
    <w:abstractNumId w:val="11"/>
  </w:num>
  <w:num w:numId="31" w16cid:durableId="819345705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7F54"/>
    <w:rsid w:val="00034616"/>
    <w:rsid w:val="000474EB"/>
    <w:rsid w:val="00050F48"/>
    <w:rsid w:val="00052BF1"/>
    <w:rsid w:val="0006063C"/>
    <w:rsid w:val="00060D51"/>
    <w:rsid w:val="00072A9F"/>
    <w:rsid w:val="00073E63"/>
    <w:rsid w:val="000819EE"/>
    <w:rsid w:val="0008301B"/>
    <w:rsid w:val="000872A3"/>
    <w:rsid w:val="000A3FD6"/>
    <w:rsid w:val="000B0041"/>
    <w:rsid w:val="000B0697"/>
    <w:rsid w:val="000B0B0B"/>
    <w:rsid w:val="000D516E"/>
    <w:rsid w:val="00103DE1"/>
    <w:rsid w:val="001041B7"/>
    <w:rsid w:val="00104CD3"/>
    <w:rsid w:val="00110D1A"/>
    <w:rsid w:val="0012315E"/>
    <w:rsid w:val="0013017B"/>
    <w:rsid w:val="00131768"/>
    <w:rsid w:val="001342B1"/>
    <w:rsid w:val="00145520"/>
    <w:rsid w:val="0015074B"/>
    <w:rsid w:val="00155AE2"/>
    <w:rsid w:val="00157128"/>
    <w:rsid w:val="0017076E"/>
    <w:rsid w:val="00177235"/>
    <w:rsid w:val="0018030B"/>
    <w:rsid w:val="001A0913"/>
    <w:rsid w:val="001D378A"/>
    <w:rsid w:val="001D576F"/>
    <w:rsid w:val="001F32B8"/>
    <w:rsid w:val="00200AC8"/>
    <w:rsid w:val="00223793"/>
    <w:rsid w:val="00223C62"/>
    <w:rsid w:val="002659ED"/>
    <w:rsid w:val="00267B8F"/>
    <w:rsid w:val="00281461"/>
    <w:rsid w:val="0028772B"/>
    <w:rsid w:val="002919E7"/>
    <w:rsid w:val="00293FB9"/>
    <w:rsid w:val="0029639D"/>
    <w:rsid w:val="002A70C9"/>
    <w:rsid w:val="002B1768"/>
    <w:rsid w:val="002B3443"/>
    <w:rsid w:val="002C2FE9"/>
    <w:rsid w:val="002C5DA5"/>
    <w:rsid w:val="002D2C87"/>
    <w:rsid w:val="002E6854"/>
    <w:rsid w:val="002F1C3F"/>
    <w:rsid w:val="002F7ED6"/>
    <w:rsid w:val="00321631"/>
    <w:rsid w:val="00323F9E"/>
    <w:rsid w:val="00326A4A"/>
    <w:rsid w:val="00326F90"/>
    <w:rsid w:val="00346AF3"/>
    <w:rsid w:val="00352033"/>
    <w:rsid w:val="003600CD"/>
    <w:rsid w:val="00360B62"/>
    <w:rsid w:val="00386434"/>
    <w:rsid w:val="00395AB3"/>
    <w:rsid w:val="003B516F"/>
    <w:rsid w:val="003B60EB"/>
    <w:rsid w:val="003B746B"/>
    <w:rsid w:val="003B76D6"/>
    <w:rsid w:val="003D3A6D"/>
    <w:rsid w:val="003F4D27"/>
    <w:rsid w:val="0040329A"/>
    <w:rsid w:val="004504F9"/>
    <w:rsid w:val="004553B0"/>
    <w:rsid w:val="00463D21"/>
    <w:rsid w:val="0046451E"/>
    <w:rsid w:val="00467FAD"/>
    <w:rsid w:val="00471AFB"/>
    <w:rsid w:val="00480935"/>
    <w:rsid w:val="0048661E"/>
    <w:rsid w:val="004924E5"/>
    <w:rsid w:val="004B72BA"/>
    <w:rsid w:val="004D138C"/>
    <w:rsid w:val="004E14A6"/>
    <w:rsid w:val="00501096"/>
    <w:rsid w:val="00504DC8"/>
    <w:rsid w:val="00517764"/>
    <w:rsid w:val="00537CA8"/>
    <w:rsid w:val="00564712"/>
    <w:rsid w:val="0056702A"/>
    <w:rsid w:val="00571512"/>
    <w:rsid w:val="005742FC"/>
    <w:rsid w:val="00584AC6"/>
    <w:rsid w:val="00585BCE"/>
    <w:rsid w:val="005901CB"/>
    <w:rsid w:val="00590E90"/>
    <w:rsid w:val="00591BB0"/>
    <w:rsid w:val="005B5811"/>
    <w:rsid w:val="005C060A"/>
    <w:rsid w:val="005C0DF6"/>
    <w:rsid w:val="005C736B"/>
    <w:rsid w:val="005D210C"/>
    <w:rsid w:val="006120F1"/>
    <w:rsid w:val="00612FDF"/>
    <w:rsid w:val="00615B34"/>
    <w:rsid w:val="00620FB1"/>
    <w:rsid w:val="00623346"/>
    <w:rsid w:val="00635FC3"/>
    <w:rsid w:val="00641EEA"/>
    <w:rsid w:val="006472BD"/>
    <w:rsid w:val="006604B4"/>
    <w:rsid w:val="00660C12"/>
    <w:rsid w:val="006701A4"/>
    <w:rsid w:val="006713FF"/>
    <w:rsid w:val="00674136"/>
    <w:rsid w:val="00684947"/>
    <w:rsid w:val="006913A4"/>
    <w:rsid w:val="00692D5B"/>
    <w:rsid w:val="006E198E"/>
    <w:rsid w:val="00701FBC"/>
    <w:rsid w:val="00704856"/>
    <w:rsid w:val="00714FDA"/>
    <w:rsid w:val="00723FFC"/>
    <w:rsid w:val="00731E83"/>
    <w:rsid w:val="00732153"/>
    <w:rsid w:val="0076075A"/>
    <w:rsid w:val="007615FD"/>
    <w:rsid w:val="0077176B"/>
    <w:rsid w:val="007767C0"/>
    <w:rsid w:val="007B0279"/>
    <w:rsid w:val="007B71A1"/>
    <w:rsid w:val="007D1BE7"/>
    <w:rsid w:val="007E402D"/>
    <w:rsid w:val="007F2075"/>
    <w:rsid w:val="007F2AED"/>
    <w:rsid w:val="007F5607"/>
    <w:rsid w:val="00834F42"/>
    <w:rsid w:val="0083597E"/>
    <w:rsid w:val="00875D5B"/>
    <w:rsid w:val="00883391"/>
    <w:rsid w:val="00892B75"/>
    <w:rsid w:val="008948D5"/>
    <w:rsid w:val="008A685B"/>
    <w:rsid w:val="008B2CF4"/>
    <w:rsid w:val="008B3E59"/>
    <w:rsid w:val="008B3F5F"/>
    <w:rsid w:val="008C004A"/>
    <w:rsid w:val="008C1E6B"/>
    <w:rsid w:val="008C3866"/>
    <w:rsid w:val="008E2F94"/>
    <w:rsid w:val="008E48C1"/>
    <w:rsid w:val="008F055B"/>
    <w:rsid w:val="008F406B"/>
    <w:rsid w:val="009051AC"/>
    <w:rsid w:val="009062CF"/>
    <w:rsid w:val="00916E8E"/>
    <w:rsid w:val="00925C48"/>
    <w:rsid w:val="009730DA"/>
    <w:rsid w:val="0097459F"/>
    <w:rsid w:val="009843FC"/>
    <w:rsid w:val="00984D8E"/>
    <w:rsid w:val="00994611"/>
    <w:rsid w:val="009B7F85"/>
    <w:rsid w:val="009D511C"/>
    <w:rsid w:val="009E073F"/>
    <w:rsid w:val="009F301D"/>
    <w:rsid w:val="00A15CC7"/>
    <w:rsid w:val="00A231AC"/>
    <w:rsid w:val="00A35ACC"/>
    <w:rsid w:val="00A453D5"/>
    <w:rsid w:val="00A473FB"/>
    <w:rsid w:val="00A510A4"/>
    <w:rsid w:val="00A67AF7"/>
    <w:rsid w:val="00A906AE"/>
    <w:rsid w:val="00A94209"/>
    <w:rsid w:val="00AA1D8D"/>
    <w:rsid w:val="00AA5939"/>
    <w:rsid w:val="00AB44DC"/>
    <w:rsid w:val="00AC5734"/>
    <w:rsid w:val="00AD1EF1"/>
    <w:rsid w:val="00AD2995"/>
    <w:rsid w:val="00AD5DFC"/>
    <w:rsid w:val="00AE388D"/>
    <w:rsid w:val="00AE536D"/>
    <w:rsid w:val="00B00077"/>
    <w:rsid w:val="00B007C5"/>
    <w:rsid w:val="00B06476"/>
    <w:rsid w:val="00B34976"/>
    <w:rsid w:val="00B37DB8"/>
    <w:rsid w:val="00B47730"/>
    <w:rsid w:val="00B74521"/>
    <w:rsid w:val="00B765C1"/>
    <w:rsid w:val="00B83277"/>
    <w:rsid w:val="00B8332B"/>
    <w:rsid w:val="00B96E3A"/>
    <w:rsid w:val="00BE2C76"/>
    <w:rsid w:val="00BE4C76"/>
    <w:rsid w:val="00BF7FB0"/>
    <w:rsid w:val="00C01711"/>
    <w:rsid w:val="00C20B42"/>
    <w:rsid w:val="00C25EB4"/>
    <w:rsid w:val="00C30EC1"/>
    <w:rsid w:val="00C36B12"/>
    <w:rsid w:val="00C572DE"/>
    <w:rsid w:val="00C631C6"/>
    <w:rsid w:val="00C653A8"/>
    <w:rsid w:val="00C66356"/>
    <w:rsid w:val="00C74B6D"/>
    <w:rsid w:val="00C75152"/>
    <w:rsid w:val="00C8402D"/>
    <w:rsid w:val="00C8701C"/>
    <w:rsid w:val="00C87ADC"/>
    <w:rsid w:val="00C919DD"/>
    <w:rsid w:val="00CA00E7"/>
    <w:rsid w:val="00CB0664"/>
    <w:rsid w:val="00CC1947"/>
    <w:rsid w:val="00CC30A1"/>
    <w:rsid w:val="00CC7DB0"/>
    <w:rsid w:val="00CD37C9"/>
    <w:rsid w:val="00CE165D"/>
    <w:rsid w:val="00CE34F3"/>
    <w:rsid w:val="00CF5D98"/>
    <w:rsid w:val="00D009ED"/>
    <w:rsid w:val="00D040E4"/>
    <w:rsid w:val="00D3531B"/>
    <w:rsid w:val="00D3550F"/>
    <w:rsid w:val="00D37CA8"/>
    <w:rsid w:val="00D40377"/>
    <w:rsid w:val="00D56DD3"/>
    <w:rsid w:val="00D61AEE"/>
    <w:rsid w:val="00D62752"/>
    <w:rsid w:val="00D71490"/>
    <w:rsid w:val="00D90EB6"/>
    <w:rsid w:val="00D93463"/>
    <w:rsid w:val="00DC5F26"/>
    <w:rsid w:val="00DD59EB"/>
    <w:rsid w:val="00DD5C33"/>
    <w:rsid w:val="00DD6190"/>
    <w:rsid w:val="00DE17A5"/>
    <w:rsid w:val="00DF3516"/>
    <w:rsid w:val="00E21AA3"/>
    <w:rsid w:val="00E3235F"/>
    <w:rsid w:val="00E423D5"/>
    <w:rsid w:val="00E600F6"/>
    <w:rsid w:val="00E61BF5"/>
    <w:rsid w:val="00E67176"/>
    <w:rsid w:val="00E7644B"/>
    <w:rsid w:val="00E920E6"/>
    <w:rsid w:val="00E92A28"/>
    <w:rsid w:val="00EC4DF2"/>
    <w:rsid w:val="00ED0D91"/>
    <w:rsid w:val="00ED13C7"/>
    <w:rsid w:val="00EE17FB"/>
    <w:rsid w:val="00F02FBC"/>
    <w:rsid w:val="00F134C6"/>
    <w:rsid w:val="00F2427C"/>
    <w:rsid w:val="00F37028"/>
    <w:rsid w:val="00F43668"/>
    <w:rsid w:val="00F65422"/>
    <w:rsid w:val="00F65666"/>
    <w:rsid w:val="00F750BD"/>
    <w:rsid w:val="00F81136"/>
    <w:rsid w:val="00F933DF"/>
    <w:rsid w:val="00FB59F9"/>
    <w:rsid w:val="00FB777A"/>
    <w:rsid w:val="00FC0B1D"/>
    <w:rsid w:val="00FC1880"/>
    <w:rsid w:val="00FC693F"/>
    <w:rsid w:val="00FD6A76"/>
    <w:rsid w:val="00FE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AC409C"/>
  <w14:defaultImageDpi w14:val="330"/>
  <w15:docId w15:val="{8BBDF221-8BBC-4542-9DED-9F20DD1E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link w:val="BezodstpwZnak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BezodstpwZnak">
    <w:name w:val="Bez odstępów Znak"/>
    <w:basedOn w:val="Domylnaczcionkaakapitu"/>
    <w:link w:val="Bezodstpw"/>
    <w:uiPriority w:val="1"/>
    <w:rsid w:val="001D378A"/>
  </w:style>
  <w:style w:type="paragraph" w:styleId="Tekstdymka">
    <w:name w:val="Balloon Text"/>
    <w:basedOn w:val="Normalny"/>
    <w:link w:val="TekstdymkaZnak"/>
    <w:uiPriority w:val="99"/>
    <w:semiHidden/>
    <w:unhideWhenUsed/>
    <w:rsid w:val="00F65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422"/>
    <w:rPr>
      <w:rFonts w:ascii="Segoe UI" w:eastAsia="Arial" w:hAnsi="Segoe UI" w:cs="Segoe UI"/>
      <w:sz w:val="18"/>
      <w:szCs w:val="18"/>
      <w:lang w:val="pl-PL"/>
    </w:rPr>
  </w:style>
  <w:style w:type="character" w:styleId="Hipercze">
    <w:name w:val="Hyperlink"/>
    <w:unhideWhenUsed/>
    <w:rsid w:val="00B96E3A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4D2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47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47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4712"/>
    <w:rPr>
      <w:rFonts w:ascii="Arial" w:eastAsia="Arial" w:hAnsi="Arial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47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4712"/>
    <w:rPr>
      <w:rFonts w:ascii="Arial" w:eastAsia="Arial" w:hAnsi="Arial"/>
      <w:b/>
      <w:bCs/>
      <w:sz w:val="20"/>
      <w:szCs w:val="20"/>
      <w:lang w:val="pl-PL"/>
    </w:rPr>
  </w:style>
  <w:style w:type="character" w:customStyle="1" w:styleId="apple-converted-space">
    <w:name w:val="apple-converted-space"/>
    <w:basedOn w:val="Domylnaczcionkaakapitu"/>
    <w:rsid w:val="00994611"/>
  </w:style>
  <w:style w:type="paragraph" w:styleId="Poprawka">
    <w:name w:val="Revision"/>
    <w:hidden/>
    <w:uiPriority w:val="99"/>
    <w:semiHidden/>
    <w:rsid w:val="00623346"/>
    <w:pPr>
      <w:spacing w:after="0" w:line="240" w:lineRule="auto"/>
    </w:pPr>
    <w:rPr>
      <w:rFonts w:ascii="Arial" w:eastAsia="Arial" w:hAnsi="Arial"/>
      <w:sz w:val="21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69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wrd@malopolska.policj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kretariat.wrd@malopolska.policja.gov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D6C838C-B986-4960-AB19-4327A0381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10</Pages>
  <Words>3446</Words>
  <Characters>20676</Characters>
  <Application>Microsoft Office Word</Application>
  <DocSecurity>0</DocSecurity>
  <Lines>172</Lines>
  <Paragraphs>48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Katarzyna Dobrzańska</cp:lastModifiedBy>
  <cp:revision>53</cp:revision>
  <cp:lastPrinted>2026-08-20T08:26:00Z</cp:lastPrinted>
  <dcterms:created xsi:type="dcterms:W3CDTF">2026-08-10T09:20:00Z</dcterms:created>
  <dcterms:modified xsi:type="dcterms:W3CDTF">2026-09-10T10:30:00Z</dcterms:modified>
  <cp:category/>
</cp:coreProperties>
</file>