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05FB3" w14:textId="6F6B081B" w:rsidR="000B1094" w:rsidRPr="00C536FE" w:rsidRDefault="00106D86">
      <w:pPr>
        <w:jc w:val="center"/>
        <w:rPr>
          <w:sz w:val="22"/>
          <w:lang w:val="pl-PL"/>
        </w:rPr>
      </w:pPr>
      <w:r>
        <w:rPr>
          <w:b/>
          <w:sz w:val="22"/>
          <w:lang w:val="pl-PL"/>
        </w:rPr>
        <w:t>ZGODA</w:t>
      </w:r>
      <w:r w:rsidR="00CD041F" w:rsidRPr="00C536FE">
        <w:rPr>
          <w:b/>
          <w:sz w:val="22"/>
          <w:lang w:val="pl-PL"/>
        </w:rPr>
        <w:t xml:space="preserve"> </w:t>
      </w:r>
      <w:r>
        <w:rPr>
          <w:b/>
          <w:sz w:val="22"/>
          <w:lang w:val="pl-PL"/>
        </w:rPr>
        <w:t xml:space="preserve">NA PRZETWARZANIE DANYCH OSOBOWYCH </w:t>
      </w:r>
      <w:r w:rsidR="008F6D9E" w:rsidRPr="00C536FE">
        <w:rPr>
          <w:b/>
          <w:sz w:val="22"/>
          <w:lang w:val="pl-PL"/>
        </w:rPr>
        <w:t>RODZICA / OPIEKUNA PRAWNEGO</w:t>
      </w:r>
      <w:r w:rsidR="00CD041F" w:rsidRPr="00C536FE">
        <w:rPr>
          <w:b/>
          <w:sz w:val="22"/>
          <w:lang w:val="pl-PL"/>
        </w:rPr>
        <w:br/>
      </w:r>
      <w:r>
        <w:rPr>
          <w:b/>
          <w:sz w:val="22"/>
          <w:lang w:val="pl-PL"/>
        </w:rPr>
        <w:t xml:space="preserve">W </w:t>
      </w:r>
      <w:r w:rsidR="00CD041F" w:rsidRPr="00CD041F">
        <w:rPr>
          <w:b/>
          <w:sz w:val="22"/>
          <w:lang w:val="pl-PL"/>
        </w:rPr>
        <w:t>XVI FESTIWAL</w:t>
      </w:r>
      <w:r>
        <w:rPr>
          <w:b/>
          <w:sz w:val="22"/>
          <w:lang w:val="pl-PL"/>
        </w:rPr>
        <w:t>U</w:t>
      </w:r>
      <w:r w:rsidR="00CD041F" w:rsidRPr="00CD041F">
        <w:rPr>
          <w:b/>
          <w:sz w:val="22"/>
          <w:lang w:val="pl-PL"/>
        </w:rPr>
        <w:t xml:space="preserve"> PIOSENKI ŻOŁNIERSKIEJ W TRZEBINI 2026</w:t>
      </w:r>
    </w:p>
    <w:p w14:paraId="5585F178" w14:textId="6B9630F9" w:rsidR="00C536FE" w:rsidRPr="00C536FE" w:rsidRDefault="00C536FE" w:rsidP="00C536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</w:t>
      </w:r>
      <w:r w:rsidR="00A70170">
        <w:rPr>
          <w:b/>
          <w:bCs/>
          <w:sz w:val="20"/>
          <w:szCs w:val="20"/>
          <w:lang w:val="pl-PL"/>
        </w:rPr>
        <w:t xml:space="preserve"> na przetwarzanie danych osobowych</w:t>
      </w:r>
      <w:r w:rsidRPr="00C536FE">
        <w:rPr>
          <w:b/>
          <w:bCs/>
          <w:sz w:val="20"/>
          <w:szCs w:val="20"/>
          <w:lang w:val="pl-PL"/>
        </w:rPr>
        <w:t>.</w:t>
      </w:r>
    </w:p>
    <w:p w14:paraId="44269306" w14:textId="2517A7B6" w:rsidR="00C536FE" w:rsidRPr="00C536FE" w:rsidRDefault="00000000" w:rsidP="00C536FE">
      <w:pPr>
        <w:spacing w:after="0" w:line="240" w:lineRule="auto"/>
        <w:jc w:val="both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Wyrażam zgodę</w:t>
      </w:r>
      <w:r w:rsidR="00691F2E">
        <w:rPr>
          <w:sz w:val="20"/>
          <w:szCs w:val="20"/>
          <w:lang w:val="pl-PL"/>
        </w:rPr>
        <w:t xml:space="preserve"> na udział i</w:t>
      </w:r>
      <w:r w:rsidRPr="00C536FE">
        <w:rPr>
          <w:sz w:val="20"/>
          <w:szCs w:val="20"/>
          <w:lang w:val="pl-PL"/>
        </w:rPr>
        <w:t xml:space="preserve"> </w:t>
      </w:r>
      <w:r w:rsidR="00C52AFB" w:rsidRPr="00C536FE">
        <w:rPr>
          <w:sz w:val="20"/>
          <w:szCs w:val="20"/>
          <w:lang w:val="pl-PL"/>
        </w:rPr>
        <w:t xml:space="preserve">przetwarzanie danych osobowych </w:t>
      </w:r>
      <w:r w:rsidRPr="00C536FE">
        <w:rPr>
          <w:sz w:val="20"/>
          <w:szCs w:val="20"/>
          <w:lang w:val="pl-PL"/>
        </w:rPr>
        <w:t>mojego dziecka/podopiecznego</w:t>
      </w:r>
      <w:r w:rsidR="00CD041F">
        <w:rPr>
          <w:sz w:val="20"/>
          <w:szCs w:val="20"/>
          <w:lang w:val="pl-PL"/>
        </w:rPr>
        <w:t>:</w:t>
      </w:r>
    </w:p>
    <w:p w14:paraId="23489D65" w14:textId="77777777" w:rsidR="00C536FE" w:rsidRPr="00C536FE" w:rsidRDefault="00C536FE" w:rsidP="00C536FE">
      <w:pPr>
        <w:spacing w:after="0" w:line="240" w:lineRule="auto"/>
        <w:jc w:val="both"/>
        <w:rPr>
          <w:sz w:val="20"/>
          <w:szCs w:val="20"/>
          <w:lang w:val="pl-PL"/>
        </w:rPr>
      </w:pPr>
    </w:p>
    <w:p w14:paraId="1F83AE8B" w14:textId="16E3267F" w:rsidR="00C536FE" w:rsidRPr="00C536FE" w:rsidRDefault="00C536FE" w:rsidP="00C536FE">
      <w:pPr>
        <w:spacing w:after="0" w:line="240" w:lineRule="auto"/>
        <w:jc w:val="both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……………………………………………………………………………………………………………………………..</w:t>
      </w:r>
    </w:p>
    <w:p w14:paraId="38100D75" w14:textId="3B90D4ED" w:rsidR="00C536FE" w:rsidRPr="00C536FE" w:rsidRDefault="00C536FE" w:rsidP="00C536FE">
      <w:pPr>
        <w:spacing w:after="0" w:line="240" w:lineRule="auto"/>
        <w:jc w:val="center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(imię i nazwisko dziecka, klasa, szkoła)</w:t>
      </w:r>
    </w:p>
    <w:p w14:paraId="0D21B548" w14:textId="77777777" w:rsidR="00C536FE" w:rsidRPr="00C536FE" w:rsidRDefault="00C536FE" w:rsidP="00C536FE">
      <w:pPr>
        <w:spacing w:after="0" w:line="240" w:lineRule="auto"/>
        <w:jc w:val="center"/>
        <w:rPr>
          <w:sz w:val="20"/>
          <w:szCs w:val="20"/>
          <w:lang w:val="pl-PL"/>
        </w:rPr>
      </w:pPr>
    </w:p>
    <w:p w14:paraId="7C426956" w14:textId="1789C005" w:rsidR="006532E1" w:rsidRDefault="00CD041F" w:rsidP="00C536FE">
      <w:pPr>
        <w:spacing w:after="0"/>
        <w:jc w:val="both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w </w:t>
      </w:r>
      <w:r w:rsidRPr="00C536FE">
        <w:rPr>
          <w:b/>
          <w:bCs/>
          <w:sz w:val="20"/>
          <w:szCs w:val="20"/>
          <w:lang w:val="pl-PL"/>
        </w:rPr>
        <w:t>XVI Festiwalu Piosenki Żołnierskiej i Patriotycznej – Trzebinia 2026</w:t>
      </w:r>
      <w:r w:rsidRPr="00C536FE">
        <w:rPr>
          <w:sz w:val="20"/>
          <w:szCs w:val="20"/>
          <w:lang w:val="pl-PL"/>
        </w:rPr>
        <w:t>, organizowanym przez Liceum Ogólnokształcące im. Batalionu „Parasol” w Trzebini oraz Stowarzyszenie Proobronno-Oświatowe „Kadet” w Trzebini. Oświadczam, że zapoznałem/</w:t>
      </w:r>
      <w:proofErr w:type="spellStart"/>
      <w:r w:rsidRPr="00C536FE">
        <w:rPr>
          <w:sz w:val="20"/>
          <w:szCs w:val="20"/>
          <w:lang w:val="pl-PL"/>
        </w:rPr>
        <w:t>am</w:t>
      </w:r>
      <w:proofErr w:type="spellEnd"/>
      <w:r w:rsidRPr="00C536FE">
        <w:rPr>
          <w:sz w:val="20"/>
          <w:szCs w:val="20"/>
          <w:lang w:val="pl-PL"/>
        </w:rPr>
        <w:t xml:space="preserve"> się z Regulaminem Festiwalu i akceptuję jego postanowienia.</w:t>
      </w:r>
    </w:p>
    <w:p w14:paraId="05FC2AB9" w14:textId="77777777" w:rsidR="00C536FE" w:rsidRDefault="00C536FE" w:rsidP="00C536FE">
      <w:pPr>
        <w:spacing w:after="0"/>
        <w:jc w:val="both"/>
        <w:rPr>
          <w:sz w:val="20"/>
          <w:szCs w:val="20"/>
          <w:lang w:val="pl-PL"/>
        </w:rPr>
      </w:pPr>
    </w:p>
    <w:p w14:paraId="01D3A749" w14:textId="59869984" w:rsidR="00C536FE" w:rsidRDefault="00C536FE" w:rsidP="00C536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wizerunek</w:t>
      </w:r>
    </w:p>
    <w:p w14:paraId="5D7E6433" w14:textId="54D6DCC8" w:rsidR="00691F2E" w:rsidRPr="00C536FE" w:rsidRDefault="00000000" w:rsidP="00106D86">
      <w:pPr>
        <w:spacing w:after="0"/>
        <w:jc w:val="both"/>
        <w:rPr>
          <w:sz w:val="20"/>
          <w:szCs w:val="20"/>
          <w:lang w:val="pl-PL"/>
        </w:rPr>
      </w:pPr>
      <w:r w:rsidRPr="00C536FE">
        <w:rPr>
          <w:b/>
          <w:bCs/>
          <w:i/>
          <w:iCs/>
          <w:sz w:val="20"/>
          <w:szCs w:val="20"/>
          <w:lang w:val="pl-PL"/>
        </w:rPr>
        <w:t>Wyrażam zgodę</w:t>
      </w:r>
      <w:r w:rsidR="006532E1" w:rsidRPr="00C536FE">
        <w:rPr>
          <w:b/>
          <w:bCs/>
          <w:i/>
          <w:iCs/>
          <w:sz w:val="20"/>
          <w:szCs w:val="20"/>
          <w:lang w:val="pl-PL"/>
        </w:rPr>
        <w:t>/nie wyrażam zgod</w:t>
      </w:r>
      <w:r w:rsidR="00CD4A4D" w:rsidRPr="00C536FE">
        <w:rPr>
          <w:b/>
          <w:bCs/>
          <w:i/>
          <w:iCs/>
          <w:sz w:val="20"/>
          <w:szCs w:val="20"/>
          <w:lang w:val="pl-PL"/>
        </w:rPr>
        <w:t>y</w:t>
      </w:r>
      <w:r w:rsidR="006532E1" w:rsidRPr="00C536FE">
        <w:rPr>
          <w:sz w:val="20"/>
          <w:szCs w:val="20"/>
          <w:lang w:val="pl-PL"/>
        </w:rPr>
        <w:t>*</w:t>
      </w:r>
      <w:r w:rsidRPr="00C536FE">
        <w:rPr>
          <w:sz w:val="20"/>
          <w:szCs w:val="20"/>
          <w:lang w:val="pl-PL"/>
        </w:rPr>
        <w:t xml:space="preserve"> na nieodpłatne utrwalanie i rozpowszechnianie wizerunku mojego dziecka/podopiecznego utrwalonego podczas Festiwalu w celu dokumentowania i promocji wydarzenia</w:t>
      </w:r>
      <w:r w:rsidR="008B2BDA" w:rsidRPr="00C536FE">
        <w:rPr>
          <w:sz w:val="20"/>
          <w:szCs w:val="20"/>
          <w:lang w:val="pl-PL"/>
        </w:rPr>
        <w:t xml:space="preserve"> zgodnie z art. 81 ust. 1 ustawy z dnia 4 lutego 1994 r. o prawie autorskim i prawach pokrewnych</w:t>
      </w:r>
      <w:r w:rsidR="00C536FE" w:rsidRPr="00C536FE">
        <w:rPr>
          <w:sz w:val="20"/>
          <w:szCs w:val="20"/>
          <w:lang w:val="pl-PL"/>
        </w:rPr>
        <w:t>:</w:t>
      </w:r>
    </w:p>
    <w:p w14:paraId="00369F02" w14:textId="2DA43E58" w:rsidR="000B1094" w:rsidRPr="00C536FE" w:rsidRDefault="00000000" w:rsidP="007A660D">
      <w:pPr>
        <w:spacing w:after="0" w:line="360" w:lineRule="auto"/>
        <w:rPr>
          <w:rFonts w:ascii="Aptos" w:hAnsi="Aptos"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strona internetowa Organizator</w:t>
      </w:r>
      <w:r w:rsidR="00642406" w:rsidRPr="00C536FE">
        <w:rPr>
          <w:sz w:val="20"/>
          <w:szCs w:val="20"/>
          <w:lang w:val="pl-PL"/>
        </w:rPr>
        <w:t xml:space="preserve"> i Patronów (Kuratorium Oświaty, Urząd Miasta w Trzebini), </w:t>
      </w:r>
    </w:p>
    <w:p w14:paraId="4A7EB5CA" w14:textId="10F87C2E" w:rsidR="000B1094" w:rsidRPr="00C536FE" w:rsidRDefault="00000000" w:rsidP="007A660D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oficjalne media społecznościowe Organizator</w:t>
      </w:r>
      <w:r w:rsidR="00AF54FA" w:rsidRPr="00C536FE">
        <w:rPr>
          <w:sz w:val="20"/>
          <w:szCs w:val="20"/>
          <w:lang w:val="pl-PL"/>
        </w:rPr>
        <w:t xml:space="preserve"> (profil </w:t>
      </w:r>
      <w:r w:rsidR="00642406" w:rsidRPr="00C536FE">
        <w:rPr>
          <w:sz w:val="20"/>
          <w:szCs w:val="20"/>
          <w:lang w:val="pl-PL"/>
        </w:rPr>
        <w:t>Faceboo</w:t>
      </w:r>
      <w:r w:rsidR="00C52AFB" w:rsidRPr="00C536FE">
        <w:rPr>
          <w:sz w:val="20"/>
          <w:szCs w:val="20"/>
          <w:lang w:val="pl-PL"/>
        </w:rPr>
        <w:t>k</w:t>
      </w:r>
      <w:r w:rsidR="00AF54FA" w:rsidRPr="00C536FE">
        <w:rPr>
          <w:sz w:val="20"/>
          <w:szCs w:val="20"/>
          <w:lang w:val="pl-PL"/>
        </w:rPr>
        <w:t>)</w:t>
      </w:r>
    </w:p>
    <w:p w14:paraId="7A10EAB6" w14:textId="77777777" w:rsidR="000B1094" w:rsidRPr="00C536FE" w:rsidRDefault="00000000" w:rsidP="007A660D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promocyjne i informacyjne Festiwalu</w:t>
      </w:r>
    </w:p>
    <w:p w14:paraId="01FF0AED" w14:textId="64AE4889" w:rsidR="00C536FE" w:rsidRPr="00C536FE" w:rsidRDefault="00000000" w:rsidP="007A660D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prasowe dotyczące Festiwalu</w:t>
      </w:r>
    </w:p>
    <w:p w14:paraId="793BFD5A" w14:textId="304FB3DC" w:rsidR="006532E1" w:rsidRPr="00C536FE" w:rsidRDefault="006532E1">
      <w:pPr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* </w:t>
      </w:r>
      <w:r w:rsidRPr="00C536FE">
        <w:rPr>
          <w:i/>
          <w:iCs/>
          <w:sz w:val="16"/>
          <w:szCs w:val="16"/>
          <w:lang w:val="pl-PL"/>
        </w:rPr>
        <w:t>niewłaściwe należy skreślić</w:t>
      </w:r>
    </w:p>
    <w:p w14:paraId="2AE917C0" w14:textId="15A91AA8" w:rsidR="00C536FE" w:rsidRPr="00C536FE" w:rsidRDefault="00C536FE" w:rsidP="00C536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publikację wyników</w:t>
      </w:r>
    </w:p>
    <w:p w14:paraId="63DD8069" w14:textId="131B2E4D" w:rsidR="000B1094" w:rsidRPr="007A660D" w:rsidRDefault="00000000">
      <w:pPr>
        <w:rPr>
          <w:b/>
          <w:bCs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Wyrażam zgodę na publikację imienia i nazwiska dziecka/podopiecznego</w:t>
      </w:r>
      <w:r w:rsidR="00C52AFB" w:rsidRPr="00C536FE">
        <w:rPr>
          <w:sz w:val="20"/>
          <w:szCs w:val="20"/>
          <w:lang w:val="pl-PL"/>
        </w:rPr>
        <w:t xml:space="preserve">, </w:t>
      </w:r>
      <w:r w:rsidR="00C536FE" w:rsidRPr="00C536FE">
        <w:rPr>
          <w:sz w:val="20"/>
          <w:szCs w:val="20"/>
          <w:lang w:val="pl-PL"/>
        </w:rPr>
        <w:t xml:space="preserve">nazwy </w:t>
      </w:r>
      <w:r w:rsidR="00C52AFB" w:rsidRPr="00C536FE">
        <w:rPr>
          <w:sz w:val="20"/>
          <w:szCs w:val="20"/>
          <w:lang w:val="pl-PL"/>
        </w:rPr>
        <w:t xml:space="preserve">szkoły, klasy </w:t>
      </w:r>
      <w:r w:rsidRPr="00C536FE">
        <w:rPr>
          <w:sz w:val="20"/>
          <w:szCs w:val="20"/>
          <w:lang w:val="pl-PL"/>
        </w:rPr>
        <w:t>oraz informacji o miejscu, wyróżnieniu lub nagrodzie:</w:t>
      </w:r>
      <w:r w:rsidR="00C536FE">
        <w:rPr>
          <w:sz w:val="20"/>
          <w:szCs w:val="20"/>
          <w:lang w:val="pl-PL"/>
        </w:rPr>
        <w:t xml:space="preserve">   </w:t>
      </w:r>
      <w:r w:rsidRPr="007A660D">
        <w:rPr>
          <w:b/>
          <w:bCs/>
          <w:sz w:val="20"/>
          <w:szCs w:val="20"/>
          <w:lang w:val="pl-PL"/>
        </w:rPr>
        <w:t>☐ TAK</w:t>
      </w:r>
      <w:r w:rsidR="00C536FE" w:rsidRPr="007A660D">
        <w:rPr>
          <w:b/>
          <w:bCs/>
          <w:sz w:val="20"/>
          <w:szCs w:val="20"/>
          <w:lang w:val="pl-PL"/>
        </w:rPr>
        <w:t xml:space="preserve">    </w:t>
      </w:r>
      <w:r w:rsidRPr="007A660D">
        <w:rPr>
          <w:b/>
          <w:bCs/>
          <w:sz w:val="20"/>
          <w:szCs w:val="20"/>
          <w:lang w:val="pl-PL"/>
        </w:rPr>
        <w:t>☐ NIE</w:t>
      </w:r>
    </w:p>
    <w:p w14:paraId="299211E6" w14:textId="398A1961" w:rsidR="00C536FE" w:rsidRPr="00C536FE" w:rsidRDefault="00C536FE" w:rsidP="00C536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nagranie</w:t>
      </w:r>
    </w:p>
    <w:p w14:paraId="4B7D5E79" w14:textId="77777777" w:rsidR="006905B1" w:rsidRDefault="00000000" w:rsidP="006905B1">
      <w:pPr>
        <w:spacing w:after="0"/>
        <w:jc w:val="both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Wyrażam zgodę na nieodpłatne utrwalanie</w:t>
      </w:r>
      <w:r w:rsidR="00C536FE" w:rsidRPr="00C536FE">
        <w:rPr>
          <w:sz w:val="20"/>
          <w:szCs w:val="20"/>
          <w:lang w:val="pl-PL"/>
        </w:rPr>
        <w:t xml:space="preserve"> </w:t>
      </w:r>
      <w:r w:rsidRPr="00C536FE">
        <w:rPr>
          <w:sz w:val="20"/>
          <w:szCs w:val="20"/>
          <w:lang w:val="pl-PL"/>
        </w:rPr>
        <w:t>występu</w:t>
      </w:r>
      <w:r w:rsidR="00C536FE" w:rsidRPr="00C536FE">
        <w:rPr>
          <w:sz w:val="20"/>
          <w:szCs w:val="20"/>
          <w:lang w:val="pl-PL"/>
        </w:rPr>
        <w:t xml:space="preserve"> mojego dziecka/podopiecznego</w:t>
      </w:r>
      <w:r w:rsidRPr="00C536FE">
        <w:rPr>
          <w:sz w:val="20"/>
          <w:szCs w:val="20"/>
          <w:lang w:val="pl-PL"/>
        </w:rPr>
        <w:t xml:space="preserve"> w formie audio lub audiowizualnej </w:t>
      </w:r>
      <w:r w:rsidR="00C536FE" w:rsidRPr="00C536FE">
        <w:rPr>
          <w:sz w:val="20"/>
          <w:szCs w:val="20"/>
          <w:lang w:val="pl-PL"/>
        </w:rPr>
        <w:t xml:space="preserve">na portalu YouTube </w:t>
      </w:r>
      <w:r w:rsidRPr="00C536FE">
        <w:rPr>
          <w:sz w:val="20"/>
          <w:szCs w:val="20"/>
          <w:lang w:val="pl-PL"/>
        </w:rPr>
        <w:t>oraz wykorzystanie nagrania w celu dokumentowania i promocji Festiwalu:</w:t>
      </w:r>
      <w:r w:rsidR="00C536FE">
        <w:rPr>
          <w:sz w:val="20"/>
          <w:szCs w:val="20"/>
          <w:lang w:val="pl-PL"/>
        </w:rPr>
        <w:t xml:space="preserve"> </w:t>
      </w:r>
    </w:p>
    <w:p w14:paraId="03F09EF0" w14:textId="0D7B3A6F" w:rsidR="000B1094" w:rsidRPr="007A660D" w:rsidRDefault="00000000" w:rsidP="006905B1">
      <w:pPr>
        <w:spacing w:after="0"/>
        <w:rPr>
          <w:b/>
          <w:bCs/>
          <w:sz w:val="20"/>
          <w:szCs w:val="20"/>
          <w:lang w:val="pl-PL"/>
        </w:rPr>
      </w:pPr>
      <w:r w:rsidRPr="007A660D">
        <w:rPr>
          <w:b/>
          <w:bCs/>
          <w:sz w:val="20"/>
          <w:szCs w:val="20"/>
          <w:lang w:val="pl-PL"/>
        </w:rPr>
        <w:t>☐ TAK</w:t>
      </w:r>
      <w:r w:rsidR="00C536FE" w:rsidRPr="007A660D">
        <w:rPr>
          <w:b/>
          <w:bCs/>
          <w:sz w:val="20"/>
          <w:szCs w:val="20"/>
          <w:lang w:val="pl-PL"/>
        </w:rPr>
        <w:t xml:space="preserve">   </w:t>
      </w:r>
      <w:r w:rsidRPr="007A660D">
        <w:rPr>
          <w:rFonts w:ascii="Segoe UI Symbol" w:hAnsi="Segoe UI Symbol" w:cs="Segoe UI Symbol"/>
          <w:b/>
          <w:bCs/>
          <w:sz w:val="20"/>
          <w:szCs w:val="20"/>
          <w:lang w:val="pl-PL"/>
        </w:rPr>
        <w:t>☐</w:t>
      </w:r>
      <w:r w:rsidRPr="007A660D">
        <w:rPr>
          <w:b/>
          <w:bCs/>
          <w:sz w:val="20"/>
          <w:szCs w:val="20"/>
          <w:lang w:val="pl-PL"/>
        </w:rPr>
        <w:t xml:space="preserve"> NI</w:t>
      </w:r>
      <w:r w:rsidR="00C536FE" w:rsidRPr="007A660D">
        <w:rPr>
          <w:b/>
          <w:bCs/>
          <w:sz w:val="20"/>
          <w:szCs w:val="20"/>
          <w:lang w:val="pl-PL"/>
        </w:rPr>
        <w:t>E</w:t>
      </w:r>
    </w:p>
    <w:p w14:paraId="273DF859" w14:textId="77777777" w:rsidR="00CD041F" w:rsidRDefault="00CD041F" w:rsidP="006905B1">
      <w:pPr>
        <w:spacing w:after="0"/>
        <w:rPr>
          <w:sz w:val="20"/>
          <w:szCs w:val="20"/>
          <w:lang w:val="pl-PL"/>
        </w:rPr>
      </w:pPr>
    </w:p>
    <w:p w14:paraId="19C269FC" w14:textId="6AF3D4F7" w:rsidR="006905B1" w:rsidRPr="006905B1" w:rsidRDefault="006905B1" w:rsidP="00CD041F">
      <w:pPr>
        <w:spacing w:after="0"/>
        <w:rPr>
          <w:b/>
          <w:bCs/>
          <w:sz w:val="20"/>
          <w:szCs w:val="20"/>
          <w:lang w:val="pl-PL"/>
        </w:rPr>
      </w:pPr>
      <w:r w:rsidRPr="006905B1">
        <w:rPr>
          <w:b/>
          <w:bCs/>
          <w:sz w:val="20"/>
          <w:szCs w:val="20"/>
          <w:lang w:val="pl-PL"/>
        </w:rPr>
        <w:t>Data i czytelny odpis rodzica/opiekuna prawnego: ___________________________________________</w:t>
      </w:r>
      <w:r>
        <w:rPr>
          <w:b/>
          <w:bCs/>
          <w:sz w:val="20"/>
          <w:szCs w:val="20"/>
          <w:lang w:val="pl-PL"/>
        </w:rPr>
        <w:t>____</w:t>
      </w:r>
      <w:r w:rsidRPr="006905B1">
        <w:rPr>
          <w:b/>
          <w:bCs/>
          <w:sz w:val="20"/>
          <w:szCs w:val="20"/>
          <w:lang w:val="pl-PL"/>
        </w:rPr>
        <w:t xml:space="preserve"> </w:t>
      </w:r>
    </w:p>
    <w:p w14:paraId="14D53352" w14:textId="77777777" w:rsidR="006905B1" w:rsidRDefault="006905B1" w:rsidP="006905B1">
      <w:pPr>
        <w:spacing w:after="0"/>
        <w:rPr>
          <w:sz w:val="20"/>
          <w:szCs w:val="20"/>
          <w:lang w:val="pl-PL"/>
        </w:rPr>
      </w:pPr>
    </w:p>
    <w:p w14:paraId="492932E1" w14:textId="1C6C54DA" w:rsidR="00C536FE" w:rsidRPr="00C536FE" w:rsidRDefault="00C536FE" w:rsidP="00C536FE">
      <w:pPr>
        <w:pStyle w:val="Akapitzlist"/>
        <w:numPr>
          <w:ilvl w:val="0"/>
          <w:numId w:val="12"/>
        </w:numPr>
        <w:spacing w:after="0" w:line="240" w:lineRule="auto"/>
        <w:jc w:val="both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Klauzula informacyjna</w:t>
      </w:r>
    </w:p>
    <w:p w14:paraId="526F2D9E" w14:textId="77777777" w:rsidR="00CD041F" w:rsidRPr="00CD041F" w:rsidRDefault="00000000" w:rsidP="007A660D">
      <w:pPr>
        <w:pStyle w:val="Akapitzlist"/>
        <w:numPr>
          <w:ilvl w:val="0"/>
          <w:numId w:val="10"/>
        </w:numPr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Administratorem danych osobowych jest</w:t>
      </w:r>
      <w:r w:rsidR="00CD041F">
        <w:rPr>
          <w:sz w:val="16"/>
          <w:szCs w:val="16"/>
          <w:lang w:val="pl-PL"/>
        </w:rPr>
        <w:t>:</w:t>
      </w:r>
    </w:p>
    <w:p w14:paraId="63CE36E2" w14:textId="0E35EA35" w:rsidR="000867A6" w:rsidRPr="00C536FE" w:rsidRDefault="00000000" w:rsidP="007A660D">
      <w:pPr>
        <w:pStyle w:val="Akapitzlist"/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b/>
          <w:bCs/>
          <w:sz w:val="16"/>
          <w:szCs w:val="16"/>
          <w:lang w:val="pl-PL"/>
        </w:rPr>
        <w:t>Liceum Ogólnokształcącego im. Batalionu „Parasol” w Trzebini, ul. Szkolna 3, 32-540 Trzebinia</w:t>
      </w:r>
      <w:r w:rsidR="00C536FE" w:rsidRPr="00C536FE">
        <w:rPr>
          <w:b/>
          <w:bCs/>
          <w:sz w:val="16"/>
          <w:szCs w:val="16"/>
          <w:lang w:val="pl-PL"/>
        </w:rPr>
        <w:t>.</w:t>
      </w:r>
    </w:p>
    <w:p w14:paraId="7F655328" w14:textId="75F756FD" w:rsidR="00992274" w:rsidRPr="00C536FE" w:rsidRDefault="00992274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 wyznaczył Inspektora Ochrony Danych Osobowych, z którym można się skontaktować pod adresem e-mail: iod@ewartbhp.pl  w sprawach dotyczących przetwarzania danych osobowych Pana/Pani oraz dziecka.</w:t>
      </w:r>
    </w:p>
    <w:p w14:paraId="41621662" w14:textId="41420503" w:rsidR="00CD4A4D" w:rsidRPr="00C536FE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Dane osobowe przetwarzane będą w celu organizacji i realizacji FESTIWALU XVI OGÓLNOPOLSKIEGO PIOSENKI ŻOŁNIERSKIEJ I PATRIOTYCZNEJ TRZEBINIA 2026 na podstawie art. 6 ust.1 lit a RODO tj. dobrowolnej zgody.</w:t>
      </w:r>
    </w:p>
    <w:p w14:paraId="6B017F92" w14:textId="77777777" w:rsidR="00CD4A4D" w:rsidRPr="00C536FE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Podanie przez Panią/Pana danych osobowych oraz dziecka jest dobrowolne, jednakże konieczne do uczestnictwa w ww. festiwalu.</w:t>
      </w:r>
    </w:p>
    <w:p w14:paraId="3387F94E" w14:textId="77777777" w:rsidR="00CD4A4D" w:rsidRPr="00C536FE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 Pana dane osobowe oraz dziecka przechowywane będą przez okres niezbędny do realizacji celu lub do czasu wycofania zgody.</w:t>
      </w:r>
    </w:p>
    <w:p w14:paraId="0F006D1A" w14:textId="36BB164E" w:rsidR="00CD4A4D" w:rsidRPr="007A660D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Odbiorcami Pani/Pana oraz dziecka danych osobowych będą</w:t>
      </w:r>
      <w:r w:rsidR="007A660D">
        <w:rPr>
          <w:sz w:val="16"/>
          <w:szCs w:val="16"/>
          <w:lang w:val="pl-PL"/>
        </w:rPr>
        <w:t xml:space="preserve"> </w:t>
      </w:r>
      <w:r w:rsidRPr="007A660D">
        <w:rPr>
          <w:sz w:val="16"/>
          <w:szCs w:val="16"/>
          <w:lang w:val="pl-PL"/>
        </w:rPr>
        <w:t>organy uprawnione na podstawie przepisów prawa</w:t>
      </w:r>
      <w:r w:rsidR="007A660D">
        <w:rPr>
          <w:sz w:val="16"/>
          <w:szCs w:val="16"/>
          <w:lang w:val="pl-PL"/>
        </w:rPr>
        <w:t xml:space="preserve">, </w:t>
      </w:r>
      <w:r w:rsidRPr="007A660D">
        <w:rPr>
          <w:sz w:val="16"/>
          <w:szCs w:val="16"/>
          <w:lang w:val="pl-PL"/>
        </w:rPr>
        <w:t>podmioty wspierające Organizatora w zakresie niezbędnym do realizacji wydarzenia</w:t>
      </w:r>
      <w:r w:rsidR="00642406" w:rsidRPr="007A660D">
        <w:rPr>
          <w:sz w:val="16"/>
          <w:szCs w:val="16"/>
          <w:lang w:val="pl-PL"/>
        </w:rPr>
        <w:t>,</w:t>
      </w:r>
      <w:r w:rsidR="007A660D">
        <w:rPr>
          <w:sz w:val="16"/>
          <w:szCs w:val="16"/>
          <w:lang w:val="pl-PL"/>
        </w:rPr>
        <w:t xml:space="preserve"> </w:t>
      </w:r>
      <w:r w:rsidRPr="007A660D">
        <w:rPr>
          <w:sz w:val="16"/>
          <w:szCs w:val="16"/>
          <w:lang w:val="pl-PL"/>
        </w:rPr>
        <w:t>podmioty świadczące usługi na rzecz Administrator</w:t>
      </w:r>
      <w:r w:rsidR="00642406" w:rsidRPr="007A660D">
        <w:rPr>
          <w:sz w:val="16"/>
          <w:szCs w:val="16"/>
          <w:lang w:val="pl-PL"/>
        </w:rPr>
        <w:t>a</w:t>
      </w:r>
      <w:r w:rsidRPr="007A660D">
        <w:rPr>
          <w:sz w:val="16"/>
          <w:szCs w:val="16"/>
          <w:lang w:val="pl-PL"/>
        </w:rPr>
        <w:t xml:space="preserve"> na podstawie umów powierzenia.</w:t>
      </w:r>
    </w:p>
    <w:p w14:paraId="1E664AA6" w14:textId="77777777" w:rsidR="00CD4A4D" w:rsidRPr="00C536FE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Posiada Pani/Pan prawo dostępu do treści swoich danych osobowych oraz danych osobowych dziecka, prawo i do ich sprostowania, usunięcia, ograniczenia przetwarzania, prawo do przenoszenia danych, prawo wniesienia sprzeciwu, prawo do cofnięcia zgody w dowolnym momencie bez wpływu na zgodność z prawem przetwarzania.</w:t>
      </w:r>
    </w:p>
    <w:p w14:paraId="554A91BA" w14:textId="77777777" w:rsidR="00CD4A4D" w:rsidRPr="00C536FE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Przysługuje Pani/Panu prawo wniesienia skargi do Prezesa Urzędu Ochrony Danych Osobowych, gdy uzna Pan/Pani, iż przetwarzanie danych osobowych dotyczących Pana/Pani oraz dziecka narusza przepisy ogólnego rozporządzenia o ochronie danych osobowych z dnia 27 kwietnia 2016 r.</w:t>
      </w:r>
    </w:p>
    <w:p w14:paraId="28C57B17" w14:textId="77777777" w:rsidR="00CD4A4D" w:rsidRDefault="00CD4A4D" w:rsidP="007A660D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Pani/Pana dane osobowe oraz dane osobowe dziecka- nie będą podlegały profilowaniu.</w:t>
      </w:r>
    </w:p>
    <w:p w14:paraId="1284EF8F" w14:textId="3D7AE982" w:rsidR="000B1094" w:rsidRPr="00106D86" w:rsidRDefault="00CD4A4D" w:rsidP="00106D86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106D86">
        <w:rPr>
          <w:sz w:val="16"/>
          <w:szCs w:val="16"/>
          <w:lang w:val="pl-PL"/>
        </w:rPr>
        <w:t>Administrator nie przekazuje danych poza teren Europejskiego Obszaru Gospodarczego, z zastrzeżeniem ponadnarodowego charakteru przepływu danych w ramach serwisu Facebook. Serwis Facebook może przekazywać Państwa dane poza teren Europejskiego Obszaru Gospodarczego. Informacje na ten temat można uzyskać na https://www.facebook.com/policy.php</w:t>
      </w:r>
    </w:p>
    <w:sectPr w:rsidR="000B1094" w:rsidRPr="00106D86" w:rsidSect="00C536FE">
      <w:footerReference w:type="default" r:id="rId8"/>
      <w:pgSz w:w="12240" w:h="15840"/>
      <w:pgMar w:top="1020" w:right="1041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65E6" w14:textId="77777777" w:rsidR="00202438" w:rsidRDefault="00202438">
      <w:pPr>
        <w:spacing w:after="0" w:line="240" w:lineRule="auto"/>
      </w:pPr>
      <w:r>
        <w:separator/>
      </w:r>
    </w:p>
  </w:endnote>
  <w:endnote w:type="continuationSeparator" w:id="0">
    <w:p w14:paraId="6BB56603" w14:textId="77777777" w:rsidR="00202438" w:rsidRDefault="00202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5B57" w14:textId="77777777" w:rsidR="000B1094" w:rsidRPr="00C536FE" w:rsidRDefault="00000000">
    <w:pPr>
      <w:pStyle w:val="Stopka"/>
      <w:jc w:val="center"/>
      <w:rPr>
        <w:lang w:val="pl-PL"/>
      </w:rPr>
    </w:pPr>
    <w:r w:rsidRPr="00C536FE">
      <w:rPr>
        <w:lang w:val="pl-PL"/>
      </w:rPr>
      <w:t>XVI Festiwal Piosenki Żołnierskiej i Patriotycznej – Trzebinia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AE767" w14:textId="77777777" w:rsidR="00202438" w:rsidRDefault="00202438">
      <w:pPr>
        <w:spacing w:after="0" w:line="240" w:lineRule="auto"/>
      </w:pPr>
      <w:r>
        <w:separator/>
      </w:r>
    </w:p>
  </w:footnote>
  <w:footnote w:type="continuationSeparator" w:id="0">
    <w:p w14:paraId="1F5C3511" w14:textId="77777777" w:rsidR="00202438" w:rsidRDefault="00202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54461"/>
    <w:multiLevelType w:val="hybridMultilevel"/>
    <w:tmpl w:val="DF18194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F4AC4"/>
    <w:multiLevelType w:val="hybridMultilevel"/>
    <w:tmpl w:val="734C94B2"/>
    <w:lvl w:ilvl="0" w:tplc="F26A5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10160"/>
    <w:multiLevelType w:val="hybridMultilevel"/>
    <w:tmpl w:val="922639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2422579">
    <w:abstractNumId w:val="8"/>
  </w:num>
  <w:num w:numId="2" w16cid:durableId="3408500">
    <w:abstractNumId w:val="6"/>
  </w:num>
  <w:num w:numId="3" w16cid:durableId="613825714">
    <w:abstractNumId w:val="5"/>
  </w:num>
  <w:num w:numId="4" w16cid:durableId="1713192827">
    <w:abstractNumId w:val="4"/>
  </w:num>
  <w:num w:numId="5" w16cid:durableId="558630615">
    <w:abstractNumId w:val="7"/>
  </w:num>
  <w:num w:numId="6" w16cid:durableId="2107193499">
    <w:abstractNumId w:val="3"/>
  </w:num>
  <w:num w:numId="7" w16cid:durableId="669137905">
    <w:abstractNumId w:val="2"/>
  </w:num>
  <w:num w:numId="8" w16cid:durableId="70859099">
    <w:abstractNumId w:val="1"/>
  </w:num>
  <w:num w:numId="9" w16cid:durableId="649216230">
    <w:abstractNumId w:val="0"/>
  </w:num>
  <w:num w:numId="10" w16cid:durableId="524294790">
    <w:abstractNumId w:val="10"/>
  </w:num>
  <w:num w:numId="11" w16cid:durableId="1695229171">
    <w:abstractNumId w:val="11"/>
  </w:num>
  <w:num w:numId="12" w16cid:durableId="15198112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7D8"/>
    <w:rsid w:val="0007750D"/>
    <w:rsid w:val="000867A6"/>
    <w:rsid w:val="000B1094"/>
    <w:rsid w:val="000D4184"/>
    <w:rsid w:val="00100A1C"/>
    <w:rsid w:val="00106D86"/>
    <w:rsid w:val="00122F06"/>
    <w:rsid w:val="0015074B"/>
    <w:rsid w:val="00193847"/>
    <w:rsid w:val="00202438"/>
    <w:rsid w:val="002735D1"/>
    <w:rsid w:val="00293528"/>
    <w:rsid w:val="0029639D"/>
    <w:rsid w:val="00326F90"/>
    <w:rsid w:val="003F0076"/>
    <w:rsid w:val="00642406"/>
    <w:rsid w:val="006532E1"/>
    <w:rsid w:val="006905B1"/>
    <w:rsid w:val="00691F2E"/>
    <w:rsid w:val="007A660D"/>
    <w:rsid w:val="0089607F"/>
    <w:rsid w:val="008B2BDA"/>
    <w:rsid w:val="008E036F"/>
    <w:rsid w:val="008F6D9E"/>
    <w:rsid w:val="00910E37"/>
    <w:rsid w:val="00914D17"/>
    <w:rsid w:val="00992274"/>
    <w:rsid w:val="00A70170"/>
    <w:rsid w:val="00AA1D8D"/>
    <w:rsid w:val="00AF54FA"/>
    <w:rsid w:val="00B47730"/>
    <w:rsid w:val="00B66AE5"/>
    <w:rsid w:val="00BD4996"/>
    <w:rsid w:val="00C52AFB"/>
    <w:rsid w:val="00C536FE"/>
    <w:rsid w:val="00C64307"/>
    <w:rsid w:val="00C86E7C"/>
    <w:rsid w:val="00CB0664"/>
    <w:rsid w:val="00CC1704"/>
    <w:rsid w:val="00CD041F"/>
    <w:rsid w:val="00CD4A4D"/>
    <w:rsid w:val="00D207AD"/>
    <w:rsid w:val="00DC1CA6"/>
    <w:rsid w:val="00E33906"/>
    <w:rsid w:val="00F01C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08882"/>
  <w14:defaultImageDpi w14:val="300"/>
  <w15:docId w15:val="{F33A32C7-C6DA-43BB-88DC-9BF84455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6532E1"/>
    <w:pPr>
      <w:spacing w:after="0" w:line="240" w:lineRule="auto"/>
    </w:pPr>
    <w:rPr>
      <w:rFonts w:ascii="Arial" w:hAnsi="Arial"/>
      <w:sz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2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2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2E1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2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2E1"/>
    <w:rPr>
      <w:rFonts w:ascii="Arial" w:hAnsi="Arial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922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2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550</Words>
  <Characters>3303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Piórko</dc:creator>
  <cp:keywords/>
  <dc:description>generated by python-docx</dc:description>
  <cp:lastModifiedBy>Joanna Piórko</cp:lastModifiedBy>
  <cp:revision>10</cp:revision>
  <dcterms:created xsi:type="dcterms:W3CDTF">2026-09-17T19:06:00Z</dcterms:created>
  <dcterms:modified xsi:type="dcterms:W3CDTF">2026-09-17T19:57:00Z</dcterms:modified>
  <cp:category/>
</cp:coreProperties>
</file>